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EDDBA" w14:textId="77777777" w:rsidR="00EB52FD" w:rsidRPr="00EB52FD" w:rsidRDefault="00EB52FD" w:rsidP="00EB52FD">
      <w:pPr>
        <w:keepNext/>
        <w:spacing w:after="120" w:line="240" w:lineRule="auto"/>
        <w:outlineLvl w:val="2"/>
        <w:rPr>
          <w:rFonts w:ascii="Gill Sans MT" w:eastAsia="Times New Roman" w:hAnsi="Gill Sans MT" w:cs="Arial"/>
          <w:b/>
          <w:bCs/>
          <w:sz w:val="24"/>
          <w:szCs w:val="24"/>
          <w:lang w:val="en-GB"/>
        </w:rPr>
      </w:pPr>
      <w:r w:rsidRPr="00EB52FD">
        <w:rPr>
          <w:rFonts w:ascii="Gill Sans MT" w:eastAsia="Times New Roman" w:hAnsi="Gill Sans MT" w:cs="Arial"/>
          <w:b/>
          <w:bCs/>
          <w:sz w:val="24"/>
          <w:szCs w:val="24"/>
          <w:lang w:val="en-GB"/>
        </w:rPr>
        <w:t>London Borough of Bexley</w:t>
      </w:r>
    </w:p>
    <w:p w14:paraId="097CCF03" w14:textId="26B6E363" w:rsidR="00EB52FD" w:rsidRPr="00EB52FD" w:rsidRDefault="00EB52FD" w:rsidP="00EB52FD">
      <w:pPr>
        <w:spacing w:after="120" w:line="240" w:lineRule="auto"/>
        <w:rPr>
          <w:rFonts w:ascii="Gill Sans MT" w:eastAsia="Times New Roman" w:hAnsi="Gill Sans MT" w:cs="Arial"/>
          <w:b/>
          <w:sz w:val="24"/>
          <w:szCs w:val="24"/>
          <w:lang w:val="en-GB"/>
        </w:rPr>
      </w:pPr>
      <w:r w:rsidRPr="00EB52FD">
        <w:rPr>
          <w:rFonts w:ascii="Gill Sans MT" w:eastAsia="Times New Roman" w:hAnsi="Gill Sans MT" w:cs="Arial"/>
          <w:b/>
          <w:sz w:val="24"/>
          <w:szCs w:val="24"/>
          <w:lang w:val="en-GB"/>
        </w:rPr>
        <w:t xml:space="preserve">Job Reference: </w:t>
      </w:r>
    </w:p>
    <w:p w14:paraId="141E608A" w14:textId="77777777" w:rsidR="00EB52FD" w:rsidRPr="00EB52FD" w:rsidRDefault="003D537D" w:rsidP="00EB52FD">
      <w:pPr>
        <w:spacing w:after="120" w:line="240" w:lineRule="auto"/>
        <w:rPr>
          <w:rFonts w:ascii="Gill Sans MT" w:eastAsia="Times New Roman" w:hAnsi="Gill Sans MT" w:cs="Arial"/>
          <w:b/>
          <w:bCs/>
          <w:sz w:val="24"/>
          <w:szCs w:val="24"/>
          <w:lang w:val="en-GB"/>
        </w:rPr>
      </w:pPr>
      <w:r>
        <w:rPr>
          <w:rFonts w:ascii="Gill Sans MT" w:eastAsia="Times New Roman" w:hAnsi="Gill Sans MT" w:cs="Times New Roman"/>
          <w:b/>
          <w:sz w:val="24"/>
          <w:szCs w:val="24"/>
          <w:lang w:val="en-GB"/>
        </w:rPr>
        <w:pict w14:anchorId="4D63A49C">
          <v:rect id="_x0000_i1025" style="width:0;height:1.5pt" o:hralign="center" o:hrstd="t" o:hr="t" fillcolor="#aca899" stroked="f"/>
        </w:pict>
      </w:r>
    </w:p>
    <w:p w14:paraId="6C6A4C50" w14:textId="77777777" w:rsidR="00EB52FD" w:rsidRPr="00EB52FD" w:rsidRDefault="00EB52FD" w:rsidP="00EB52FD">
      <w:pPr>
        <w:keepNext/>
        <w:widowControl w:val="0"/>
        <w:autoSpaceDE w:val="0"/>
        <w:autoSpaceDN w:val="0"/>
        <w:adjustRightInd w:val="0"/>
        <w:spacing w:after="120" w:line="240" w:lineRule="auto"/>
        <w:outlineLvl w:val="5"/>
        <w:rPr>
          <w:rFonts w:ascii="Gill Sans MT" w:eastAsia="Times New Roman" w:hAnsi="Gill Sans MT" w:cs="Arial"/>
          <w:sz w:val="28"/>
          <w:szCs w:val="28"/>
          <w:lang w:val="en-GB"/>
        </w:rPr>
      </w:pPr>
      <w:r w:rsidRPr="00EB52FD">
        <w:rPr>
          <w:rFonts w:ascii="Gill Sans MT" w:eastAsia="Times New Roman" w:hAnsi="Gill Sans MT" w:cs="Arial"/>
          <w:b/>
          <w:bCs/>
          <w:sz w:val="28"/>
          <w:szCs w:val="28"/>
          <w:lang w:val="en-GB"/>
        </w:rPr>
        <w:t xml:space="preserve">Job Description </w:t>
      </w:r>
    </w:p>
    <w:p w14:paraId="56F904B0" w14:textId="77777777" w:rsidR="00EB52FD" w:rsidRDefault="00EB52FD">
      <w:pPr>
        <w:rPr>
          <w:rFonts w:ascii="Gill Sans MT" w:hAnsi="Gill Sans MT" w:cs="Arial"/>
          <w:b/>
          <w:bCs/>
          <w:sz w:val="24"/>
          <w:szCs w:val="24"/>
        </w:rPr>
      </w:pPr>
    </w:p>
    <w:p w14:paraId="07FBC925" w14:textId="4893538C" w:rsidR="00FA2A9F" w:rsidRPr="00350174" w:rsidRDefault="7487E746">
      <w:pPr>
        <w:rPr>
          <w:rFonts w:ascii="Gill Sans MT" w:hAnsi="Gill Sans MT" w:cs="Arial"/>
          <w:sz w:val="24"/>
          <w:szCs w:val="24"/>
        </w:rPr>
      </w:pPr>
      <w:r w:rsidRPr="00350174">
        <w:rPr>
          <w:rFonts w:ascii="Gill Sans MT" w:hAnsi="Gill Sans MT" w:cs="Arial"/>
          <w:b/>
          <w:bCs/>
          <w:sz w:val="24"/>
          <w:szCs w:val="24"/>
        </w:rPr>
        <w:t xml:space="preserve">Management Grouping: </w:t>
      </w:r>
      <w:r w:rsidRPr="00350174">
        <w:rPr>
          <w:rFonts w:ascii="Gill Sans MT" w:hAnsi="Gill Sans MT" w:cs="Arial"/>
          <w:sz w:val="24"/>
          <w:szCs w:val="24"/>
        </w:rPr>
        <w:t>Children’s Services</w:t>
      </w:r>
    </w:p>
    <w:p w14:paraId="61604650" w14:textId="41E1DC06" w:rsidR="00FA2A9F" w:rsidRPr="00350174" w:rsidRDefault="6073047D">
      <w:pPr>
        <w:rPr>
          <w:rFonts w:ascii="Gill Sans MT" w:hAnsi="Gill Sans MT" w:cs="Arial"/>
          <w:sz w:val="24"/>
          <w:szCs w:val="24"/>
        </w:rPr>
      </w:pPr>
      <w:r w:rsidRPr="00350174">
        <w:rPr>
          <w:rFonts w:ascii="Gill Sans MT" w:hAnsi="Gill Sans MT" w:cs="Arial"/>
          <w:b/>
          <w:bCs/>
          <w:sz w:val="24"/>
          <w:szCs w:val="24"/>
        </w:rPr>
        <w:t>Department:</w:t>
      </w:r>
      <w:r w:rsidRPr="00350174">
        <w:rPr>
          <w:rFonts w:ascii="Gill Sans MT" w:hAnsi="Gill Sans MT" w:cs="Arial"/>
          <w:sz w:val="24"/>
          <w:szCs w:val="24"/>
        </w:rPr>
        <w:t xml:space="preserve"> E</w:t>
      </w:r>
      <w:r w:rsidR="492847A5" w:rsidRPr="00350174">
        <w:rPr>
          <w:rFonts w:ascii="Gill Sans MT" w:hAnsi="Gill Sans MT" w:cs="Arial"/>
          <w:sz w:val="24"/>
          <w:szCs w:val="24"/>
        </w:rPr>
        <w:t xml:space="preserve">arly Intervention and </w:t>
      </w:r>
      <w:r w:rsidR="27D0B414" w:rsidRPr="00350174">
        <w:rPr>
          <w:rFonts w:ascii="Gill Sans MT" w:hAnsi="Gill Sans MT" w:cs="Arial"/>
          <w:sz w:val="24"/>
          <w:szCs w:val="24"/>
        </w:rPr>
        <w:t>Specialist</w:t>
      </w:r>
      <w:r w:rsidR="492847A5" w:rsidRPr="00350174">
        <w:rPr>
          <w:rFonts w:ascii="Gill Sans MT" w:hAnsi="Gill Sans MT" w:cs="Arial"/>
          <w:sz w:val="24"/>
          <w:szCs w:val="24"/>
        </w:rPr>
        <w:t xml:space="preserve"> Advice Service</w:t>
      </w:r>
    </w:p>
    <w:p w14:paraId="45765BE8" w14:textId="2DE6EBBA" w:rsidR="00FA2A9F" w:rsidRPr="00350174" w:rsidRDefault="7487E746">
      <w:pPr>
        <w:rPr>
          <w:rFonts w:ascii="Gill Sans MT" w:hAnsi="Gill Sans MT" w:cs="Arial"/>
          <w:sz w:val="24"/>
          <w:szCs w:val="24"/>
        </w:rPr>
      </w:pPr>
      <w:r w:rsidRPr="00350174">
        <w:rPr>
          <w:rFonts w:ascii="Gill Sans MT" w:hAnsi="Gill Sans MT" w:cs="Arial"/>
          <w:b/>
          <w:bCs/>
          <w:sz w:val="24"/>
          <w:szCs w:val="24"/>
        </w:rPr>
        <w:t>Job title:</w:t>
      </w:r>
      <w:r w:rsidRPr="00350174">
        <w:rPr>
          <w:rFonts w:ascii="Gill Sans MT" w:hAnsi="Gill Sans MT" w:cs="Arial"/>
          <w:sz w:val="24"/>
          <w:szCs w:val="24"/>
        </w:rPr>
        <w:t xml:space="preserve"> </w:t>
      </w:r>
      <w:r w:rsidR="00B73949" w:rsidRPr="00350174">
        <w:rPr>
          <w:rFonts w:ascii="Gill Sans MT" w:hAnsi="Gill Sans MT" w:cs="Arial"/>
          <w:sz w:val="24"/>
          <w:szCs w:val="24"/>
        </w:rPr>
        <w:t>Qualified</w:t>
      </w:r>
      <w:r w:rsidR="00B73949" w:rsidRPr="00350174">
        <w:rPr>
          <w:rFonts w:ascii="Gill Sans MT" w:hAnsi="Gill Sans MT" w:cs="Arial"/>
          <w:b/>
          <w:bCs/>
          <w:sz w:val="24"/>
          <w:szCs w:val="24"/>
        </w:rPr>
        <w:t xml:space="preserve"> </w:t>
      </w:r>
      <w:r w:rsidRPr="00350174">
        <w:rPr>
          <w:rFonts w:ascii="Gill Sans MT" w:hAnsi="Gill Sans MT" w:cs="Arial"/>
          <w:sz w:val="24"/>
          <w:szCs w:val="24"/>
        </w:rPr>
        <w:t>Teacher of the Deaf</w:t>
      </w:r>
      <w:r w:rsidR="00420E18">
        <w:rPr>
          <w:rFonts w:ascii="Gill Sans MT" w:hAnsi="Gill Sans MT" w:cs="Arial"/>
          <w:sz w:val="24"/>
          <w:szCs w:val="24"/>
        </w:rPr>
        <w:t xml:space="preserve"> (QToD)</w:t>
      </w:r>
    </w:p>
    <w:p w14:paraId="462D46FF" w14:textId="77777777" w:rsidR="00B73949" w:rsidRPr="00350174" w:rsidRDefault="6073047D">
      <w:pPr>
        <w:rPr>
          <w:rFonts w:ascii="Gill Sans MT" w:hAnsi="Gill Sans MT" w:cs="Arial"/>
          <w:sz w:val="24"/>
          <w:szCs w:val="24"/>
        </w:rPr>
      </w:pPr>
      <w:r w:rsidRPr="00350174">
        <w:rPr>
          <w:rFonts w:ascii="Gill Sans MT" w:hAnsi="Gill Sans MT" w:cs="Arial"/>
          <w:b/>
          <w:bCs/>
          <w:sz w:val="24"/>
          <w:szCs w:val="24"/>
        </w:rPr>
        <w:t xml:space="preserve">Reports to: </w:t>
      </w:r>
      <w:r w:rsidRPr="00350174">
        <w:rPr>
          <w:rFonts w:ascii="Gill Sans MT" w:hAnsi="Gill Sans MT" w:cs="Arial"/>
          <w:sz w:val="24"/>
          <w:szCs w:val="24"/>
        </w:rPr>
        <w:t>S</w:t>
      </w:r>
      <w:r w:rsidR="00B73949" w:rsidRPr="00350174">
        <w:rPr>
          <w:rFonts w:ascii="Gill Sans MT" w:hAnsi="Gill Sans MT" w:cs="Arial"/>
          <w:sz w:val="24"/>
          <w:szCs w:val="24"/>
        </w:rPr>
        <w:t>pecialist Advice Team Manager</w:t>
      </w:r>
    </w:p>
    <w:p w14:paraId="5A592DAD" w14:textId="329C7909" w:rsidR="00FA2A9F" w:rsidRPr="00350174" w:rsidRDefault="00B73949">
      <w:pPr>
        <w:rPr>
          <w:rFonts w:ascii="Gill Sans MT" w:hAnsi="Gill Sans MT" w:cs="Arial"/>
          <w:sz w:val="24"/>
          <w:szCs w:val="24"/>
        </w:rPr>
      </w:pPr>
      <w:r w:rsidRPr="00350174">
        <w:rPr>
          <w:rFonts w:ascii="Gill Sans MT" w:hAnsi="Gill Sans MT" w:cs="Arial"/>
          <w:b/>
          <w:bCs/>
          <w:sz w:val="24"/>
          <w:szCs w:val="24"/>
        </w:rPr>
        <w:t>R</w:t>
      </w:r>
      <w:r w:rsidR="7487E746" w:rsidRPr="00350174">
        <w:rPr>
          <w:rFonts w:ascii="Gill Sans MT" w:hAnsi="Gill Sans MT" w:cs="Arial"/>
          <w:b/>
          <w:bCs/>
          <w:sz w:val="24"/>
          <w:szCs w:val="24"/>
        </w:rPr>
        <w:t>esponsible for</w:t>
      </w:r>
      <w:r w:rsidR="7487E746" w:rsidRPr="00350174">
        <w:rPr>
          <w:rFonts w:ascii="Gill Sans MT" w:hAnsi="Gill Sans MT" w:cs="Arial"/>
          <w:sz w:val="24"/>
          <w:szCs w:val="24"/>
        </w:rPr>
        <w:t xml:space="preserve">: </w:t>
      </w:r>
      <w:r w:rsidRPr="00350174">
        <w:rPr>
          <w:rFonts w:ascii="Gill Sans MT" w:hAnsi="Gill Sans MT" w:cs="Arial"/>
          <w:sz w:val="24"/>
          <w:szCs w:val="24"/>
        </w:rPr>
        <w:t xml:space="preserve">Joint line management of </w:t>
      </w:r>
      <w:r w:rsidR="7487E746" w:rsidRPr="00350174">
        <w:rPr>
          <w:rFonts w:ascii="Gill Sans MT" w:hAnsi="Gill Sans MT" w:cs="Arial"/>
          <w:sz w:val="24"/>
          <w:szCs w:val="24"/>
        </w:rPr>
        <w:t xml:space="preserve">2 x </w:t>
      </w:r>
      <w:r w:rsidR="3FF6C286" w:rsidRPr="00350174">
        <w:rPr>
          <w:rFonts w:ascii="Gill Sans MT" w:hAnsi="Gill Sans MT" w:cs="Arial"/>
          <w:sz w:val="24"/>
          <w:szCs w:val="24"/>
        </w:rPr>
        <w:t>Hearing Support Specialist Assistants</w:t>
      </w:r>
    </w:p>
    <w:p w14:paraId="2A3A3A5D" w14:textId="77777777" w:rsidR="00FA2A9F" w:rsidRPr="00350174" w:rsidRDefault="00FA2A9F">
      <w:pPr>
        <w:rPr>
          <w:rFonts w:ascii="Gill Sans MT" w:hAnsi="Gill Sans MT" w:cs="Arial"/>
          <w:sz w:val="24"/>
          <w:szCs w:val="24"/>
        </w:rPr>
      </w:pPr>
    </w:p>
    <w:p w14:paraId="16DDC692" w14:textId="77777777" w:rsidR="00FA2A9F" w:rsidRPr="00350174" w:rsidRDefault="00594371">
      <w:pPr>
        <w:rPr>
          <w:rFonts w:ascii="Gill Sans MT" w:hAnsi="Gill Sans MT" w:cs="Arial"/>
          <w:sz w:val="24"/>
          <w:szCs w:val="24"/>
        </w:rPr>
      </w:pPr>
      <w:r w:rsidRPr="00350174">
        <w:rPr>
          <w:rFonts w:ascii="Gill Sans MT" w:hAnsi="Gill Sans MT" w:cs="Arial"/>
          <w:b/>
          <w:sz w:val="24"/>
          <w:szCs w:val="24"/>
        </w:rPr>
        <w:t>Main Purpose of the Job:</w:t>
      </w:r>
    </w:p>
    <w:p w14:paraId="3A8327B2" w14:textId="0A815E29" w:rsidR="004238A9" w:rsidRPr="00350174" w:rsidRDefault="2E5543B3" w:rsidP="09FF2EDA">
      <w:pPr>
        <w:spacing w:line="300" w:lineRule="auto"/>
        <w:rPr>
          <w:rFonts w:ascii="Gill Sans MT" w:hAnsi="Gill Sans MT" w:cs="Arial"/>
          <w:sz w:val="24"/>
          <w:szCs w:val="24"/>
        </w:rPr>
      </w:pPr>
      <w:r w:rsidRPr="00350174">
        <w:rPr>
          <w:rFonts w:ascii="Gill Sans MT" w:hAnsi="Gill Sans MT" w:cs="Arial"/>
          <w:sz w:val="24"/>
          <w:szCs w:val="24"/>
        </w:rPr>
        <w:t>To provide effective support that ensures all statutory duties and legal responsibilities are met, while enabling children and young people who are deaf or have hearing loss to develop as independent learners and achieve their full potential.</w:t>
      </w:r>
    </w:p>
    <w:p w14:paraId="58768D18" w14:textId="77777777" w:rsidR="00A67D64" w:rsidRPr="00350174" w:rsidRDefault="18434D2C" w:rsidP="004238A9">
      <w:pPr>
        <w:rPr>
          <w:rFonts w:ascii="Gill Sans MT" w:hAnsi="Gill Sans MT" w:cs="Arial"/>
          <w:sz w:val="24"/>
          <w:szCs w:val="24"/>
        </w:rPr>
      </w:pPr>
      <w:r w:rsidRPr="00350174">
        <w:rPr>
          <w:rFonts w:ascii="Gill Sans MT" w:hAnsi="Gill Sans MT" w:cs="Arial"/>
          <w:sz w:val="24"/>
          <w:szCs w:val="24"/>
        </w:rPr>
        <w:t>Following identification and referral</w:t>
      </w:r>
      <w:r w:rsidR="56E158BC" w:rsidRPr="00350174">
        <w:rPr>
          <w:rFonts w:ascii="Gill Sans MT" w:hAnsi="Gill Sans MT" w:cs="Arial"/>
          <w:sz w:val="24"/>
          <w:szCs w:val="24"/>
        </w:rPr>
        <w:t>,</w:t>
      </w:r>
      <w:r w:rsidRPr="00350174">
        <w:rPr>
          <w:rFonts w:ascii="Gill Sans MT" w:hAnsi="Gill Sans MT" w:cs="Arial"/>
          <w:sz w:val="24"/>
          <w:szCs w:val="24"/>
        </w:rPr>
        <w:t xml:space="preserve"> to carry out</w:t>
      </w:r>
      <w:r w:rsidR="6073047D" w:rsidRPr="00350174">
        <w:rPr>
          <w:rFonts w:ascii="Gill Sans MT" w:hAnsi="Gill Sans MT" w:cs="Arial"/>
          <w:sz w:val="24"/>
          <w:szCs w:val="24"/>
        </w:rPr>
        <w:t xml:space="preserve"> </w:t>
      </w:r>
      <w:r w:rsidRPr="00350174">
        <w:rPr>
          <w:rFonts w:ascii="Gill Sans MT" w:hAnsi="Gill Sans MT" w:cs="Arial"/>
          <w:sz w:val="24"/>
          <w:szCs w:val="24"/>
        </w:rPr>
        <w:t xml:space="preserve">interventions and </w:t>
      </w:r>
      <w:r w:rsidR="6073047D" w:rsidRPr="00350174">
        <w:rPr>
          <w:rFonts w:ascii="Gill Sans MT" w:hAnsi="Gill Sans MT" w:cs="Arial"/>
          <w:sz w:val="24"/>
          <w:szCs w:val="24"/>
        </w:rPr>
        <w:t>assessment</w:t>
      </w:r>
      <w:r w:rsidRPr="00350174">
        <w:rPr>
          <w:rFonts w:ascii="Gill Sans MT" w:hAnsi="Gill Sans MT" w:cs="Arial"/>
          <w:sz w:val="24"/>
          <w:szCs w:val="24"/>
        </w:rPr>
        <w:t>s</w:t>
      </w:r>
      <w:r w:rsidR="6073047D" w:rsidRPr="00350174">
        <w:rPr>
          <w:rFonts w:ascii="Gill Sans MT" w:hAnsi="Gill Sans MT" w:cs="Arial"/>
          <w:sz w:val="24"/>
          <w:szCs w:val="24"/>
        </w:rPr>
        <w:t xml:space="preserve"> for children and young people with </w:t>
      </w:r>
      <w:r w:rsidRPr="00350174">
        <w:rPr>
          <w:rFonts w:ascii="Gill Sans MT" w:hAnsi="Gill Sans MT" w:cs="Arial"/>
          <w:sz w:val="24"/>
          <w:szCs w:val="24"/>
        </w:rPr>
        <w:t>D/</w:t>
      </w:r>
      <w:r w:rsidR="6073047D" w:rsidRPr="00350174">
        <w:rPr>
          <w:rFonts w:ascii="Gill Sans MT" w:hAnsi="Gill Sans MT" w:cs="Arial"/>
          <w:sz w:val="24"/>
          <w:szCs w:val="24"/>
        </w:rPr>
        <w:t xml:space="preserve">deafness and </w:t>
      </w:r>
      <w:r w:rsidRPr="00350174">
        <w:rPr>
          <w:rFonts w:ascii="Gill Sans MT" w:hAnsi="Gill Sans MT" w:cs="Arial"/>
          <w:sz w:val="24"/>
          <w:szCs w:val="24"/>
        </w:rPr>
        <w:t xml:space="preserve">a </w:t>
      </w:r>
      <w:r w:rsidR="6073047D" w:rsidRPr="00350174">
        <w:rPr>
          <w:rFonts w:ascii="Gill Sans MT" w:hAnsi="Gill Sans MT" w:cs="Arial"/>
          <w:sz w:val="24"/>
          <w:szCs w:val="24"/>
        </w:rPr>
        <w:t>hearing</w:t>
      </w:r>
      <w:r w:rsidRPr="00350174">
        <w:rPr>
          <w:rFonts w:ascii="Gill Sans MT" w:hAnsi="Gill Sans MT" w:cs="Arial"/>
          <w:sz w:val="24"/>
          <w:szCs w:val="24"/>
        </w:rPr>
        <w:t xml:space="preserve"> loss</w:t>
      </w:r>
      <w:r w:rsidR="6073047D" w:rsidRPr="00350174">
        <w:rPr>
          <w:rFonts w:ascii="Gill Sans MT" w:hAnsi="Gill Sans MT" w:cs="Arial"/>
          <w:sz w:val="24"/>
          <w:szCs w:val="24"/>
        </w:rPr>
        <w:t xml:space="preserve">, ensuring </w:t>
      </w:r>
      <w:r w:rsidRPr="00350174">
        <w:rPr>
          <w:rFonts w:ascii="Gill Sans MT" w:hAnsi="Gill Sans MT" w:cs="Arial"/>
          <w:sz w:val="24"/>
          <w:szCs w:val="24"/>
        </w:rPr>
        <w:t xml:space="preserve">they have </w:t>
      </w:r>
      <w:r w:rsidR="6073047D" w:rsidRPr="00350174">
        <w:rPr>
          <w:rFonts w:ascii="Gill Sans MT" w:hAnsi="Gill Sans MT" w:cs="Arial"/>
          <w:sz w:val="24"/>
          <w:szCs w:val="24"/>
        </w:rPr>
        <w:t>full access to education</w:t>
      </w:r>
      <w:r w:rsidR="6227CB69" w:rsidRPr="00350174">
        <w:rPr>
          <w:rFonts w:ascii="Gill Sans MT" w:hAnsi="Gill Sans MT" w:cs="Arial"/>
          <w:sz w:val="24"/>
          <w:szCs w:val="24"/>
        </w:rPr>
        <w:t xml:space="preserve"> in their setting</w:t>
      </w:r>
      <w:r w:rsidR="6073047D" w:rsidRPr="00350174">
        <w:rPr>
          <w:rFonts w:ascii="Gill Sans MT" w:hAnsi="Gill Sans MT" w:cs="Arial"/>
          <w:sz w:val="24"/>
          <w:szCs w:val="24"/>
        </w:rPr>
        <w:t xml:space="preserve">. </w:t>
      </w:r>
    </w:p>
    <w:p w14:paraId="55179F23" w14:textId="3B5C214E" w:rsidR="00FA2A9F" w:rsidRPr="00350174" w:rsidRDefault="6073047D" w:rsidP="004238A9">
      <w:pPr>
        <w:rPr>
          <w:rFonts w:ascii="Gill Sans MT" w:hAnsi="Gill Sans MT" w:cs="Arial"/>
          <w:sz w:val="24"/>
          <w:szCs w:val="24"/>
        </w:rPr>
      </w:pPr>
      <w:r w:rsidRPr="00350174">
        <w:rPr>
          <w:rFonts w:ascii="Gill Sans MT" w:hAnsi="Gill Sans MT" w:cs="Arial"/>
          <w:sz w:val="24"/>
          <w:szCs w:val="24"/>
        </w:rPr>
        <w:t xml:space="preserve">To </w:t>
      </w:r>
      <w:r w:rsidR="00A67D64" w:rsidRPr="00350174">
        <w:rPr>
          <w:rFonts w:ascii="Gill Sans MT" w:hAnsi="Gill Sans MT" w:cs="Arial"/>
          <w:sz w:val="24"/>
          <w:szCs w:val="24"/>
        </w:rPr>
        <w:t>assist Bexley schools and</w:t>
      </w:r>
      <w:r w:rsidRPr="00350174">
        <w:rPr>
          <w:rFonts w:ascii="Gill Sans MT" w:hAnsi="Gill Sans MT" w:cs="Arial"/>
          <w:sz w:val="24"/>
          <w:szCs w:val="24"/>
        </w:rPr>
        <w:t xml:space="preserve"> pre-schools and families by providing assessment, advice, consultancy, </w:t>
      </w:r>
      <w:r w:rsidR="00073569" w:rsidRPr="00350174">
        <w:rPr>
          <w:rFonts w:ascii="Gill Sans MT" w:hAnsi="Gill Sans MT" w:cs="Arial"/>
          <w:sz w:val="24"/>
          <w:szCs w:val="24"/>
        </w:rPr>
        <w:t xml:space="preserve">training, </w:t>
      </w:r>
      <w:r w:rsidRPr="00350174">
        <w:rPr>
          <w:rFonts w:ascii="Gill Sans MT" w:hAnsi="Gill Sans MT" w:cs="Arial"/>
          <w:sz w:val="24"/>
          <w:szCs w:val="24"/>
        </w:rPr>
        <w:t>tuition and support.</w:t>
      </w:r>
    </w:p>
    <w:p w14:paraId="0640E23A" w14:textId="77777777" w:rsidR="00FA2A9F" w:rsidRPr="00350174" w:rsidRDefault="00FA2A9F">
      <w:pPr>
        <w:rPr>
          <w:rFonts w:ascii="Gill Sans MT" w:hAnsi="Gill Sans MT" w:cs="Arial"/>
          <w:sz w:val="24"/>
          <w:szCs w:val="24"/>
        </w:rPr>
      </w:pPr>
    </w:p>
    <w:p w14:paraId="02337CC0" w14:textId="77777777" w:rsidR="00FA2A9F" w:rsidRPr="00350174" w:rsidRDefault="6073047D">
      <w:pPr>
        <w:rPr>
          <w:rFonts w:ascii="Gill Sans MT" w:hAnsi="Gill Sans MT" w:cs="Arial"/>
          <w:sz w:val="24"/>
          <w:szCs w:val="24"/>
        </w:rPr>
      </w:pPr>
      <w:r w:rsidRPr="00350174">
        <w:rPr>
          <w:rFonts w:ascii="Gill Sans MT" w:hAnsi="Gill Sans MT" w:cs="Arial"/>
          <w:b/>
          <w:bCs/>
          <w:sz w:val="24"/>
          <w:szCs w:val="24"/>
        </w:rPr>
        <w:t>Major Duties and Responsibilities</w:t>
      </w:r>
    </w:p>
    <w:p w14:paraId="6AD3D3D4" w14:textId="0BA9831F" w:rsidR="47D0874F" w:rsidRPr="00350174" w:rsidRDefault="47D0874F" w:rsidP="09FF2EDA">
      <w:pPr>
        <w:pStyle w:val="ListParagraph"/>
        <w:numPr>
          <w:ilvl w:val="0"/>
          <w:numId w:val="5"/>
        </w:numPr>
        <w:rPr>
          <w:rFonts w:ascii="Gill Sans MT" w:eastAsia="Arial" w:hAnsi="Gill Sans MT" w:cs="Arial"/>
          <w:sz w:val="24"/>
          <w:szCs w:val="24"/>
        </w:rPr>
      </w:pPr>
      <w:r w:rsidRPr="00350174">
        <w:rPr>
          <w:rFonts w:ascii="Gill Sans MT" w:eastAsia="Arial" w:hAnsi="Gill Sans MT" w:cs="Arial"/>
          <w:sz w:val="24"/>
          <w:szCs w:val="24"/>
        </w:rPr>
        <w:t>To undertake the professional duties of a teacher in accordance with the School Teachers Pay and Conditions Document.</w:t>
      </w:r>
    </w:p>
    <w:p w14:paraId="100DDD5E" w14:textId="07F5EEDB" w:rsidR="47D0874F" w:rsidRPr="00350174" w:rsidRDefault="455D1438" w:rsidP="09FF2EDA">
      <w:pPr>
        <w:pStyle w:val="ListParagraph"/>
        <w:numPr>
          <w:ilvl w:val="0"/>
          <w:numId w:val="5"/>
        </w:numPr>
        <w:rPr>
          <w:rFonts w:ascii="Gill Sans MT" w:eastAsia="Arial" w:hAnsi="Gill Sans MT" w:cs="Arial"/>
          <w:sz w:val="24"/>
          <w:szCs w:val="24"/>
        </w:rPr>
      </w:pPr>
      <w:r w:rsidRPr="00350174">
        <w:rPr>
          <w:rFonts w:ascii="Gill Sans MT" w:eastAsia="Arial" w:hAnsi="Gill Sans MT" w:cs="Arial"/>
          <w:sz w:val="24"/>
          <w:szCs w:val="24"/>
        </w:rPr>
        <w:t xml:space="preserve">Provide specialist advisory/peripatetic teaching support, share targeted teaching strategies and plan interventions to help support language, communication, and learning outcomes.  </w:t>
      </w:r>
    </w:p>
    <w:p w14:paraId="32123B90" w14:textId="0FDC72E3" w:rsidR="7C4431EB" w:rsidRPr="00350174" w:rsidRDefault="7C4431EB" w:rsidP="7336B7C2">
      <w:pPr>
        <w:pStyle w:val="ListParagraph"/>
        <w:numPr>
          <w:ilvl w:val="0"/>
          <w:numId w:val="5"/>
        </w:numPr>
        <w:rPr>
          <w:rFonts w:ascii="Gill Sans MT" w:hAnsi="Gill Sans MT" w:cs="Arial"/>
          <w:sz w:val="24"/>
          <w:szCs w:val="24"/>
        </w:rPr>
      </w:pPr>
      <w:r w:rsidRPr="00350174">
        <w:rPr>
          <w:rFonts w:ascii="Gill Sans MT" w:hAnsi="Gill Sans MT" w:cs="Arial"/>
          <w:sz w:val="24"/>
          <w:szCs w:val="24"/>
        </w:rPr>
        <w:t>Undertake duties in line with a child’s Education Health and Care plan or Inclusion policy</w:t>
      </w:r>
    </w:p>
    <w:p w14:paraId="7F7D78CE" w14:textId="094C62E5" w:rsidR="4427724B" w:rsidRPr="00350174" w:rsidRDefault="4427724B" w:rsidP="7336B7C2">
      <w:pPr>
        <w:pStyle w:val="ListParagraph"/>
        <w:numPr>
          <w:ilvl w:val="0"/>
          <w:numId w:val="5"/>
        </w:numPr>
        <w:rPr>
          <w:rFonts w:ascii="Gill Sans MT" w:hAnsi="Gill Sans MT" w:cs="Arial"/>
          <w:sz w:val="24"/>
          <w:szCs w:val="24"/>
        </w:rPr>
      </w:pPr>
      <w:r w:rsidRPr="00350174">
        <w:rPr>
          <w:rFonts w:ascii="Gill Sans MT" w:hAnsi="Gill Sans MT" w:cs="Arial"/>
          <w:sz w:val="24"/>
          <w:szCs w:val="24"/>
        </w:rPr>
        <w:lastRenderedPageBreak/>
        <w:t>To ensure all pupils have full and equal access to the curriculum and wider educational opportunities within their setting.</w:t>
      </w:r>
    </w:p>
    <w:p w14:paraId="406B8E27" w14:textId="281AFC7D" w:rsidR="1F0A51C3" w:rsidRPr="00350174" w:rsidRDefault="1F0A51C3" w:rsidP="7336B7C2">
      <w:pPr>
        <w:pStyle w:val="ListParagraph"/>
        <w:numPr>
          <w:ilvl w:val="0"/>
          <w:numId w:val="5"/>
        </w:numPr>
        <w:rPr>
          <w:rFonts w:ascii="Gill Sans MT" w:hAnsi="Gill Sans MT" w:cs="Arial"/>
          <w:sz w:val="24"/>
          <w:szCs w:val="24"/>
        </w:rPr>
      </w:pPr>
      <w:r w:rsidRPr="00350174">
        <w:rPr>
          <w:rFonts w:ascii="Gill Sans MT" w:hAnsi="Gill Sans MT" w:cs="Arial"/>
          <w:sz w:val="24"/>
          <w:szCs w:val="24"/>
        </w:rPr>
        <w:t>To work collaboratively</w:t>
      </w:r>
      <w:r w:rsidR="452F8DAD" w:rsidRPr="00350174">
        <w:rPr>
          <w:rFonts w:ascii="Gill Sans MT" w:hAnsi="Gill Sans MT" w:cs="Arial"/>
          <w:sz w:val="24"/>
          <w:szCs w:val="24"/>
        </w:rPr>
        <w:t xml:space="preserve">, professionally and positively </w:t>
      </w:r>
      <w:r w:rsidRPr="00350174">
        <w:rPr>
          <w:rFonts w:ascii="Gill Sans MT" w:hAnsi="Gill Sans MT" w:cs="Arial"/>
          <w:sz w:val="24"/>
          <w:szCs w:val="24"/>
        </w:rPr>
        <w:t>with educational staff, parents/carers, and multi-agency professionals to support the D/deaf pupil’s needs.</w:t>
      </w:r>
    </w:p>
    <w:p w14:paraId="1D8132DA" w14:textId="54E76779" w:rsidR="6598D544" w:rsidRPr="00350174" w:rsidRDefault="6CD4C432" w:rsidP="09FF2EDA">
      <w:pPr>
        <w:pStyle w:val="ListParagraph"/>
        <w:numPr>
          <w:ilvl w:val="0"/>
          <w:numId w:val="5"/>
        </w:numPr>
        <w:rPr>
          <w:rFonts w:ascii="Gill Sans MT" w:eastAsia="Arial" w:hAnsi="Gill Sans MT" w:cs="Arial"/>
          <w:sz w:val="24"/>
          <w:szCs w:val="24"/>
        </w:rPr>
      </w:pPr>
      <w:r w:rsidRPr="00350174">
        <w:rPr>
          <w:rFonts w:ascii="Gill Sans MT" w:eastAsia="Arial" w:hAnsi="Gill Sans MT" w:cs="Arial"/>
          <w:sz w:val="24"/>
          <w:szCs w:val="24"/>
        </w:rPr>
        <w:t xml:space="preserve">To use appropriate </w:t>
      </w:r>
      <w:r w:rsidR="53DB6E39" w:rsidRPr="00350174">
        <w:rPr>
          <w:rFonts w:ascii="Gill Sans MT" w:eastAsia="Arial" w:hAnsi="Gill Sans MT" w:cs="Arial"/>
          <w:sz w:val="24"/>
          <w:szCs w:val="24"/>
        </w:rPr>
        <w:t xml:space="preserve">total </w:t>
      </w:r>
      <w:r w:rsidRPr="00350174">
        <w:rPr>
          <w:rFonts w:ascii="Gill Sans MT" w:eastAsia="Arial" w:hAnsi="Gill Sans MT" w:cs="Arial"/>
          <w:sz w:val="24"/>
          <w:szCs w:val="24"/>
        </w:rPr>
        <w:t xml:space="preserve">communication methods </w:t>
      </w:r>
      <w:r w:rsidR="7BF12D02" w:rsidRPr="00350174">
        <w:rPr>
          <w:rFonts w:ascii="Gill Sans MT" w:eastAsia="Arial" w:hAnsi="Gill Sans MT" w:cs="Arial"/>
          <w:sz w:val="24"/>
          <w:szCs w:val="24"/>
        </w:rPr>
        <w:t xml:space="preserve">to promote understanding and expression </w:t>
      </w:r>
      <w:r w:rsidRPr="00350174">
        <w:rPr>
          <w:rFonts w:ascii="Gill Sans MT" w:eastAsia="Arial" w:hAnsi="Gill Sans MT" w:cs="Arial"/>
          <w:sz w:val="24"/>
          <w:szCs w:val="24"/>
        </w:rPr>
        <w:t>with all children in accordance with parental wishes and the communication policy of the Service.</w:t>
      </w:r>
    </w:p>
    <w:p w14:paraId="78126681" w14:textId="52B2EB26" w:rsidR="6598D544" w:rsidRPr="00350174" w:rsidRDefault="6598D544" w:rsidP="09FF2EDA">
      <w:pPr>
        <w:pStyle w:val="ListParagraph"/>
        <w:numPr>
          <w:ilvl w:val="0"/>
          <w:numId w:val="5"/>
        </w:numPr>
        <w:rPr>
          <w:rFonts w:ascii="Gill Sans MT" w:eastAsia="Arial" w:hAnsi="Gill Sans MT" w:cs="Arial"/>
          <w:sz w:val="24"/>
          <w:szCs w:val="24"/>
        </w:rPr>
      </w:pPr>
      <w:r w:rsidRPr="00350174">
        <w:rPr>
          <w:rFonts w:ascii="Gill Sans MT" w:eastAsia="Arial" w:hAnsi="Gill Sans MT" w:cs="Arial"/>
          <w:sz w:val="24"/>
          <w:szCs w:val="24"/>
        </w:rPr>
        <w:t>To be confident in the use of British Sign Language (BSL) and have the relevant training and qualification(s) – Signature Level One: essential; Signature Level Two or higher – desirable.</w:t>
      </w:r>
    </w:p>
    <w:p w14:paraId="1B758FF2" w14:textId="6DF00B63" w:rsidR="7C5F10C0" w:rsidRPr="00350174" w:rsidRDefault="4199B7E9"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Following referral</w:t>
      </w:r>
      <w:r w:rsidR="567ED9E7" w:rsidRPr="00350174">
        <w:rPr>
          <w:rFonts w:ascii="Gill Sans MT" w:eastAsia="Arial" w:hAnsi="Gill Sans MT" w:cs="Arial"/>
          <w:sz w:val="24"/>
          <w:szCs w:val="24"/>
        </w:rPr>
        <w:t xml:space="preserve"> and assessment</w:t>
      </w:r>
      <w:r w:rsidR="42679028" w:rsidRPr="00350174">
        <w:rPr>
          <w:rFonts w:ascii="Gill Sans MT" w:eastAsia="Arial" w:hAnsi="Gill Sans MT" w:cs="Arial"/>
          <w:sz w:val="24"/>
          <w:szCs w:val="24"/>
        </w:rPr>
        <w:t xml:space="preserve">, </w:t>
      </w:r>
      <w:r w:rsidR="567ED9E7" w:rsidRPr="00350174">
        <w:rPr>
          <w:rFonts w:ascii="Gill Sans MT" w:eastAsia="Arial" w:hAnsi="Gill Sans MT" w:cs="Arial"/>
          <w:sz w:val="24"/>
          <w:szCs w:val="24"/>
        </w:rPr>
        <w:t>plan and deliver</w:t>
      </w:r>
      <w:r w:rsidRPr="00350174">
        <w:rPr>
          <w:rFonts w:ascii="Gill Sans MT" w:eastAsia="Arial" w:hAnsi="Gill Sans MT" w:cs="Arial"/>
          <w:sz w:val="24"/>
          <w:szCs w:val="24"/>
        </w:rPr>
        <w:t xml:space="preserve"> appropriate interventions for children and young people with D/deafness and hearing loss.</w:t>
      </w:r>
    </w:p>
    <w:p w14:paraId="7A5D5751" w14:textId="05AB02EC" w:rsidR="0AD50849" w:rsidRPr="00350174" w:rsidRDefault="0AD50849" w:rsidP="7336B7C2">
      <w:pPr>
        <w:pStyle w:val="ListParagraph"/>
        <w:numPr>
          <w:ilvl w:val="0"/>
          <w:numId w:val="8"/>
        </w:numPr>
        <w:rPr>
          <w:rFonts w:ascii="Gill Sans MT" w:hAnsi="Gill Sans MT" w:cs="Arial"/>
          <w:sz w:val="24"/>
          <w:szCs w:val="24"/>
        </w:rPr>
      </w:pPr>
      <w:r w:rsidRPr="00350174">
        <w:rPr>
          <w:rFonts w:ascii="Gill Sans MT" w:hAnsi="Gill Sans MT" w:cs="Arial"/>
          <w:sz w:val="24"/>
          <w:szCs w:val="24"/>
        </w:rPr>
        <w:t>To support the development of effective strategies, resources, and learning environments for children with hearing loss.</w:t>
      </w:r>
    </w:p>
    <w:p w14:paraId="49344780" w14:textId="3AA30DCD" w:rsidR="7FD8A11D" w:rsidRPr="00350174" w:rsidRDefault="7FD8A11D" w:rsidP="7336B7C2">
      <w:pPr>
        <w:pStyle w:val="ListParagraph"/>
        <w:numPr>
          <w:ilvl w:val="0"/>
          <w:numId w:val="8"/>
        </w:numPr>
        <w:rPr>
          <w:rFonts w:ascii="Gill Sans MT" w:hAnsi="Gill Sans MT" w:cs="Arial"/>
          <w:b/>
          <w:bCs/>
          <w:sz w:val="24"/>
          <w:szCs w:val="24"/>
        </w:rPr>
      </w:pPr>
      <w:r w:rsidRPr="00350174">
        <w:rPr>
          <w:rFonts w:ascii="Gill Sans MT" w:hAnsi="Gill Sans MT" w:cs="Arial"/>
          <w:sz w:val="24"/>
          <w:szCs w:val="24"/>
        </w:rPr>
        <w:t>To carry out specialist assessments to inform tailored support strategies and to monitor the child’s progress</w:t>
      </w:r>
      <w:r w:rsidRPr="00350174">
        <w:rPr>
          <w:rFonts w:ascii="Gill Sans MT" w:hAnsi="Gill Sans MT" w:cs="Arial"/>
          <w:b/>
          <w:bCs/>
          <w:sz w:val="24"/>
          <w:szCs w:val="24"/>
        </w:rPr>
        <w:t>.</w:t>
      </w:r>
    </w:p>
    <w:p w14:paraId="009B7C1F" w14:textId="13949E88" w:rsidR="66131047" w:rsidRPr="00350174" w:rsidRDefault="66131047"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Offer advice and guidance to schools, early years settings, and families to promote inclusive practice.</w:t>
      </w:r>
    </w:p>
    <w:p w14:paraId="2CC7A9CE" w14:textId="60A04DFB" w:rsidR="66131047" w:rsidRPr="00350174" w:rsidRDefault="66131047"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To plan and deliver teaching to individual/small groups of deaf children</w:t>
      </w:r>
      <w:r w:rsidR="46891EFB" w:rsidRPr="00350174">
        <w:rPr>
          <w:rFonts w:ascii="Gill Sans MT" w:eastAsia="Arial" w:hAnsi="Gill Sans MT" w:cs="Arial"/>
          <w:sz w:val="24"/>
          <w:szCs w:val="24"/>
        </w:rPr>
        <w:t xml:space="preserve"> where necessary</w:t>
      </w:r>
      <w:r w:rsidRPr="00350174">
        <w:rPr>
          <w:rFonts w:ascii="Gill Sans MT" w:eastAsia="Arial" w:hAnsi="Gill Sans MT" w:cs="Arial"/>
          <w:sz w:val="24"/>
          <w:szCs w:val="24"/>
        </w:rPr>
        <w:t xml:space="preserve">, including </w:t>
      </w:r>
      <w:r w:rsidR="5A928A12" w:rsidRPr="00350174">
        <w:rPr>
          <w:rFonts w:ascii="Gill Sans MT" w:eastAsia="Arial" w:hAnsi="Gill Sans MT" w:cs="Arial"/>
          <w:sz w:val="24"/>
          <w:szCs w:val="24"/>
        </w:rPr>
        <w:t xml:space="preserve">support for </w:t>
      </w:r>
      <w:r w:rsidRPr="00350174">
        <w:rPr>
          <w:rFonts w:ascii="Gill Sans MT" w:eastAsia="Arial" w:hAnsi="Gill Sans MT" w:cs="Arial"/>
          <w:sz w:val="24"/>
          <w:szCs w:val="24"/>
        </w:rPr>
        <w:t>deaf children who have complex needs.</w:t>
      </w:r>
    </w:p>
    <w:p w14:paraId="459F2F3D" w14:textId="729FFCF7" w:rsidR="58462F2D" w:rsidRPr="00350174" w:rsidRDefault="58462F2D"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 xml:space="preserve">To advise </w:t>
      </w:r>
      <w:r w:rsidR="58A6974C" w:rsidRPr="00350174">
        <w:rPr>
          <w:rFonts w:ascii="Gill Sans MT" w:eastAsia="Arial" w:hAnsi="Gill Sans MT" w:cs="Arial"/>
          <w:sz w:val="24"/>
          <w:szCs w:val="24"/>
        </w:rPr>
        <w:t xml:space="preserve">parents and teaching staff </w:t>
      </w:r>
      <w:r w:rsidRPr="00350174">
        <w:rPr>
          <w:rFonts w:ascii="Gill Sans MT" w:eastAsia="Arial" w:hAnsi="Gill Sans MT" w:cs="Arial"/>
          <w:sz w:val="24"/>
          <w:szCs w:val="24"/>
        </w:rPr>
        <w:t xml:space="preserve">on the use of specialist </w:t>
      </w:r>
      <w:r w:rsidR="270D628D" w:rsidRPr="00350174">
        <w:rPr>
          <w:rFonts w:ascii="Gill Sans MT" w:eastAsia="Arial" w:hAnsi="Gill Sans MT" w:cs="Arial"/>
          <w:sz w:val="24"/>
          <w:szCs w:val="24"/>
        </w:rPr>
        <w:t xml:space="preserve">audiology </w:t>
      </w:r>
      <w:r w:rsidRPr="00350174">
        <w:rPr>
          <w:rFonts w:ascii="Gill Sans MT" w:eastAsia="Arial" w:hAnsi="Gill Sans MT" w:cs="Arial"/>
          <w:sz w:val="24"/>
          <w:szCs w:val="24"/>
        </w:rPr>
        <w:t>equipment including hearing</w:t>
      </w:r>
      <w:r w:rsidR="5AEF7F83" w:rsidRPr="00350174">
        <w:rPr>
          <w:rFonts w:ascii="Gill Sans MT" w:eastAsia="Arial" w:hAnsi="Gill Sans MT" w:cs="Arial"/>
          <w:sz w:val="24"/>
          <w:szCs w:val="24"/>
        </w:rPr>
        <w:t xml:space="preserve"> aids</w:t>
      </w:r>
      <w:r w:rsidR="5E19885D" w:rsidRPr="00350174">
        <w:rPr>
          <w:rFonts w:ascii="Gill Sans MT" w:eastAsia="Arial" w:hAnsi="Gill Sans MT" w:cs="Arial"/>
          <w:sz w:val="24"/>
          <w:szCs w:val="24"/>
        </w:rPr>
        <w:t xml:space="preserve">, </w:t>
      </w:r>
      <w:r w:rsidR="5AEF7F83" w:rsidRPr="00350174">
        <w:rPr>
          <w:rFonts w:ascii="Gill Sans MT" w:eastAsia="Arial" w:hAnsi="Gill Sans MT" w:cs="Arial"/>
          <w:sz w:val="24"/>
          <w:szCs w:val="24"/>
        </w:rPr>
        <w:t>cochlear implants</w:t>
      </w:r>
      <w:r w:rsidR="6D2DD05F" w:rsidRPr="00350174">
        <w:rPr>
          <w:rFonts w:ascii="Gill Sans MT" w:eastAsia="Arial" w:hAnsi="Gill Sans MT" w:cs="Arial"/>
          <w:sz w:val="24"/>
          <w:szCs w:val="24"/>
        </w:rPr>
        <w:t xml:space="preserve"> and </w:t>
      </w:r>
      <w:r w:rsidR="24719DDE" w:rsidRPr="00350174">
        <w:rPr>
          <w:rFonts w:ascii="Gill Sans MT" w:eastAsia="Arial" w:hAnsi="Gill Sans MT" w:cs="Arial"/>
          <w:sz w:val="24"/>
          <w:szCs w:val="24"/>
        </w:rPr>
        <w:t>r</w:t>
      </w:r>
      <w:r w:rsidRPr="00350174">
        <w:rPr>
          <w:rFonts w:ascii="Gill Sans MT" w:eastAsia="Arial" w:hAnsi="Gill Sans MT" w:cs="Arial"/>
          <w:sz w:val="24"/>
          <w:szCs w:val="24"/>
        </w:rPr>
        <w:t>adio aids</w:t>
      </w:r>
      <w:r w:rsidR="2153BDE2" w:rsidRPr="00350174">
        <w:rPr>
          <w:rFonts w:ascii="Gill Sans MT" w:eastAsia="Arial" w:hAnsi="Gill Sans MT" w:cs="Arial"/>
          <w:sz w:val="24"/>
          <w:szCs w:val="24"/>
        </w:rPr>
        <w:t>.</w:t>
      </w:r>
      <w:r w:rsidRPr="00350174">
        <w:rPr>
          <w:rFonts w:ascii="Gill Sans MT" w:eastAsia="Arial" w:hAnsi="Gill Sans MT" w:cs="Arial"/>
          <w:sz w:val="24"/>
          <w:szCs w:val="24"/>
        </w:rPr>
        <w:t xml:space="preserve"> </w:t>
      </w:r>
      <w:r w:rsidR="5AD86F00" w:rsidRPr="00350174">
        <w:rPr>
          <w:rFonts w:ascii="Gill Sans MT" w:eastAsia="Arial" w:hAnsi="Gill Sans MT" w:cs="Arial"/>
          <w:sz w:val="24"/>
          <w:szCs w:val="24"/>
        </w:rPr>
        <w:t>T</w:t>
      </w:r>
      <w:r w:rsidRPr="00350174">
        <w:rPr>
          <w:rFonts w:ascii="Gill Sans MT" w:eastAsia="Arial" w:hAnsi="Gill Sans MT" w:cs="Arial"/>
          <w:sz w:val="24"/>
          <w:szCs w:val="24"/>
        </w:rPr>
        <w:t xml:space="preserve">o ensure </w:t>
      </w:r>
      <w:r w:rsidR="0F783E70" w:rsidRPr="00350174">
        <w:rPr>
          <w:rFonts w:ascii="Gill Sans MT" w:eastAsia="Arial" w:hAnsi="Gill Sans MT" w:cs="Arial"/>
          <w:sz w:val="24"/>
          <w:szCs w:val="24"/>
        </w:rPr>
        <w:t xml:space="preserve">that they have the </w:t>
      </w:r>
      <w:r w:rsidRPr="00350174">
        <w:rPr>
          <w:rFonts w:ascii="Gill Sans MT" w:eastAsia="Arial" w:hAnsi="Gill Sans MT" w:cs="Arial"/>
          <w:sz w:val="24"/>
          <w:szCs w:val="24"/>
        </w:rPr>
        <w:t xml:space="preserve">appropriate skills to </w:t>
      </w:r>
      <w:r w:rsidR="016A254A" w:rsidRPr="00350174">
        <w:rPr>
          <w:rFonts w:ascii="Gill Sans MT" w:eastAsia="Arial" w:hAnsi="Gill Sans MT" w:cs="Arial"/>
          <w:sz w:val="24"/>
          <w:szCs w:val="24"/>
        </w:rPr>
        <w:t>carry out</w:t>
      </w:r>
      <w:r w:rsidRPr="00350174">
        <w:rPr>
          <w:rFonts w:ascii="Gill Sans MT" w:eastAsia="Arial" w:hAnsi="Gill Sans MT" w:cs="Arial"/>
          <w:sz w:val="24"/>
          <w:szCs w:val="24"/>
        </w:rPr>
        <w:t xml:space="preserve"> routine maintenance</w:t>
      </w:r>
      <w:r w:rsidR="199CF491" w:rsidRPr="00350174">
        <w:rPr>
          <w:rFonts w:ascii="Gill Sans MT" w:eastAsia="Arial" w:hAnsi="Gill Sans MT" w:cs="Arial"/>
          <w:sz w:val="24"/>
          <w:szCs w:val="24"/>
        </w:rPr>
        <w:t xml:space="preserve"> and</w:t>
      </w:r>
      <w:r w:rsidRPr="00350174">
        <w:rPr>
          <w:rFonts w:ascii="Gill Sans MT" w:eastAsia="Arial" w:hAnsi="Gill Sans MT" w:cs="Arial"/>
          <w:sz w:val="24"/>
          <w:szCs w:val="24"/>
        </w:rPr>
        <w:t xml:space="preserve"> technical support for such equipment.</w:t>
      </w:r>
    </w:p>
    <w:p w14:paraId="397BCF80" w14:textId="690A8CF3" w:rsidR="62D6A38A" w:rsidRPr="00350174" w:rsidRDefault="62D6A38A"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 xml:space="preserve"> </w:t>
      </w:r>
      <w:r w:rsidR="5B8C456A" w:rsidRPr="00350174">
        <w:rPr>
          <w:rFonts w:ascii="Gill Sans MT" w:eastAsia="Arial" w:hAnsi="Gill Sans MT" w:cs="Arial"/>
          <w:sz w:val="24"/>
          <w:szCs w:val="24"/>
        </w:rPr>
        <w:t xml:space="preserve">To monitor and maintain records of </w:t>
      </w:r>
      <w:r w:rsidR="1B1BB748" w:rsidRPr="00350174">
        <w:rPr>
          <w:rFonts w:ascii="Gill Sans MT" w:eastAsia="Arial" w:hAnsi="Gill Sans MT" w:cs="Arial"/>
          <w:sz w:val="24"/>
          <w:szCs w:val="24"/>
        </w:rPr>
        <w:t xml:space="preserve">all </w:t>
      </w:r>
      <w:r w:rsidR="77300FF7" w:rsidRPr="00350174">
        <w:rPr>
          <w:rFonts w:ascii="Gill Sans MT" w:eastAsia="Arial" w:hAnsi="Gill Sans MT" w:cs="Arial"/>
          <w:sz w:val="24"/>
          <w:szCs w:val="24"/>
        </w:rPr>
        <w:t>involvement</w:t>
      </w:r>
      <w:r w:rsidR="1B1BB748" w:rsidRPr="00350174">
        <w:rPr>
          <w:rFonts w:ascii="Gill Sans MT" w:eastAsia="Arial" w:hAnsi="Gill Sans MT" w:cs="Arial"/>
          <w:sz w:val="24"/>
          <w:szCs w:val="24"/>
        </w:rPr>
        <w:t xml:space="preserve"> with individual </w:t>
      </w:r>
      <w:r w:rsidR="5B8C456A" w:rsidRPr="00350174">
        <w:rPr>
          <w:rFonts w:ascii="Gill Sans MT" w:eastAsia="Arial" w:hAnsi="Gill Sans MT" w:cs="Arial"/>
          <w:sz w:val="24"/>
          <w:szCs w:val="24"/>
        </w:rPr>
        <w:t>children</w:t>
      </w:r>
      <w:r w:rsidR="6728BDA9" w:rsidRPr="00350174">
        <w:rPr>
          <w:rFonts w:ascii="Gill Sans MT" w:eastAsia="Arial" w:hAnsi="Gill Sans MT" w:cs="Arial"/>
          <w:sz w:val="24"/>
          <w:szCs w:val="24"/>
        </w:rPr>
        <w:t>. Their</w:t>
      </w:r>
      <w:r w:rsidR="5B8C456A" w:rsidRPr="00350174">
        <w:rPr>
          <w:rFonts w:ascii="Gill Sans MT" w:eastAsia="Arial" w:hAnsi="Gill Sans MT" w:cs="Arial"/>
          <w:sz w:val="24"/>
          <w:szCs w:val="24"/>
        </w:rPr>
        <w:t xml:space="preserve"> educational progress, </w:t>
      </w:r>
      <w:r w:rsidR="6A255BC6" w:rsidRPr="00350174">
        <w:rPr>
          <w:rFonts w:ascii="Gill Sans MT" w:eastAsia="Arial" w:hAnsi="Gill Sans MT" w:cs="Arial"/>
          <w:sz w:val="24"/>
          <w:szCs w:val="24"/>
        </w:rPr>
        <w:t>assessments,</w:t>
      </w:r>
      <w:r w:rsidR="5B8C456A" w:rsidRPr="00350174">
        <w:rPr>
          <w:rFonts w:ascii="Gill Sans MT" w:eastAsia="Arial" w:hAnsi="Gill Sans MT" w:cs="Arial"/>
          <w:sz w:val="24"/>
          <w:szCs w:val="24"/>
        </w:rPr>
        <w:t xml:space="preserve"> and </w:t>
      </w:r>
      <w:r w:rsidR="35EC0068" w:rsidRPr="00350174">
        <w:rPr>
          <w:rFonts w:ascii="Gill Sans MT" w:eastAsia="Arial" w:hAnsi="Gill Sans MT" w:cs="Arial"/>
          <w:sz w:val="24"/>
          <w:szCs w:val="24"/>
        </w:rPr>
        <w:t xml:space="preserve">their </w:t>
      </w:r>
      <w:r w:rsidR="5B8C456A" w:rsidRPr="00350174">
        <w:rPr>
          <w:rFonts w:ascii="Gill Sans MT" w:eastAsia="Arial" w:hAnsi="Gill Sans MT" w:cs="Arial"/>
          <w:sz w:val="24"/>
          <w:szCs w:val="24"/>
        </w:rPr>
        <w:t>achievement</w:t>
      </w:r>
      <w:r w:rsidR="54AADC3D" w:rsidRPr="00350174">
        <w:rPr>
          <w:rFonts w:ascii="Gill Sans MT" w:eastAsia="Arial" w:hAnsi="Gill Sans MT" w:cs="Arial"/>
          <w:sz w:val="24"/>
          <w:szCs w:val="24"/>
        </w:rPr>
        <w:t>s</w:t>
      </w:r>
      <w:r w:rsidR="5B8C456A" w:rsidRPr="00350174">
        <w:rPr>
          <w:rFonts w:ascii="Gill Sans MT" w:eastAsia="Arial" w:hAnsi="Gill Sans MT" w:cs="Arial"/>
          <w:sz w:val="24"/>
          <w:szCs w:val="24"/>
        </w:rPr>
        <w:t>.</w:t>
      </w:r>
    </w:p>
    <w:p w14:paraId="75E3A844" w14:textId="109F2698" w:rsidR="417E7F79" w:rsidRPr="00350174" w:rsidRDefault="12F85EE1"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To provide written professional contributions to both statutory EHC assessments and annual review meetings</w:t>
      </w:r>
      <w:r w:rsidR="4571C7B5" w:rsidRPr="00350174">
        <w:rPr>
          <w:rFonts w:ascii="Gill Sans MT" w:eastAsia="Arial" w:hAnsi="Gill Sans MT" w:cs="Arial"/>
          <w:sz w:val="24"/>
          <w:szCs w:val="24"/>
        </w:rPr>
        <w:t>, where appropriate</w:t>
      </w:r>
      <w:r w:rsidRPr="00350174">
        <w:rPr>
          <w:rFonts w:ascii="Gill Sans MT" w:eastAsia="Arial" w:hAnsi="Gill Sans MT" w:cs="Arial"/>
          <w:sz w:val="24"/>
          <w:szCs w:val="24"/>
        </w:rPr>
        <w:t>.</w:t>
      </w:r>
    </w:p>
    <w:p w14:paraId="15003FDF" w14:textId="6F1E784D" w:rsidR="3D8D39E9" w:rsidRPr="00350174" w:rsidRDefault="3D8D39E9"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To promote excellent relationships with parents/carers and professionals in the education of D/deaf children</w:t>
      </w:r>
    </w:p>
    <w:p w14:paraId="4498E319" w14:textId="4EC7B79D" w:rsidR="3D8D39E9" w:rsidRPr="00350174" w:rsidRDefault="3D8D39E9"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To promote the inclusion of D/deaf children with their educational peer group.</w:t>
      </w:r>
    </w:p>
    <w:p w14:paraId="6E064D0B" w14:textId="34273015" w:rsidR="3D8D39E9" w:rsidRPr="00350174" w:rsidRDefault="3D8D39E9"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To undertake assessment of the educational implications of deafness for identified children and to report to parents, teachers and other professionals the results of such assessments.</w:t>
      </w:r>
    </w:p>
    <w:p w14:paraId="59E0B1B4" w14:textId="3CEA951F" w:rsidR="6D3C9053" w:rsidRPr="00350174" w:rsidRDefault="6D3C9053"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To promote awareness of the needs of D/deaf children and young people.</w:t>
      </w:r>
    </w:p>
    <w:p w14:paraId="097FC4D2" w14:textId="359EA615" w:rsidR="73A2A244" w:rsidRPr="00350174" w:rsidRDefault="73A2A244"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To take part in professional development activities related to the above duties as required by the service in line with</w:t>
      </w:r>
      <w:r w:rsidR="1B042204" w:rsidRPr="00350174">
        <w:rPr>
          <w:rFonts w:ascii="Gill Sans MT" w:eastAsia="Arial" w:hAnsi="Gill Sans MT" w:cs="Arial"/>
          <w:sz w:val="24"/>
          <w:szCs w:val="24"/>
        </w:rPr>
        <w:t xml:space="preserve"> The Special Educational Needs and Disability Regulations &amp; </w:t>
      </w:r>
      <w:r w:rsidR="69224F8C" w:rsidRPr="00350174">
        <w:rPr>
          <w:rFonts w:ascii="Gill Sans MT" w:eastAsia="Arial" w:hAnsi="Gill Sans MT" w:cs="Arial"/>
          <w:sz w:val="24"/>
          <w:szCs w:val="24"/>
        </w:rPr>
        <w:t>T</w:t>
      </w:r>
      <w:r w:rsidR="1B042204" w:rsidRPr="00350174">
        <w:rPr>
          <w:rFonts w:ascii="Gill Sans MT" w:eastAsia="Arial" w:hAnsi="Gill Sans MT" w:cs="Arial"/>
          <w:sz w:val="24"/>
          <w:szCs w:val="24"/>
        </w:rPr>
        <w:t>he SEND Code of Practice</w:t>
      </w:r>
      <w:r w:rsidR="1CD0BE6D" w:rsidRPr="00350174">
        <w:rPr>
          <w:rFonts w:ascii="Gill Sans MT" w:eastAsia="Arial" w:hAnsi="Gill Sans MT" w:cs="Arial"/>
          <w:sz w:val="24"/>
          <w:szCs w:val="24"/>
        </w:rPr>
        <w:t>.</w:t>
      </w:r>
      <w:r w:rsidR="1B042204" w:rsidRPr="00350174">
        <w:rPr>
          <w:rFonts w:ascii="Gill Sans MT" w:eastAsia="Arial" w:hAnsi="Gill Sans MT" w:cs="Arial"/>
          <w:sz w:val="24"/>
          <w:szCs w:val="24"/>
        </w:rPr>
        <w:t xml:space="preserve"> </w:t>
      </w:r>
    </w:p>
    <w:p w14:paraId="2FB1F648" w14:textId="101FB3F4" w:rsidR="2ABB2403" w:rsidRPr="00350174" w:rsidRDefault="2ABB2403"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lastRenderedPageBreak/>
        <w:t xml:space="preserve">To contribute to the overall development and management of policies and practices within the Early Intervention Support and Advice </w:t>
      </w:r>
      <w:r w:rsidR="00410082">
        <w:rPr>
          <w:rFonts w:ascii="Gill Sans MT" w:eastAsia="Arial" w:hAnsi="Gill Sans MT" w:cs="Arial"/>
          <w:sz w:val="24"/>
          <w:szCs w:val="24"/>
        </w:rPr>
        <w:t>S</w:t>
      </w:r>
      <w:r w:rsidRPr="00350174">
        <w:rPr>
          <w:rFonts w:ascii="Gill Sans MT" w:eastAsia="Arial" w:hAnsi="Gill Sans MT" w:cs="Arial"/>
          <w:sz w:val="24"/>
          <w:szCs w:val="24"/>
        </w:rPr>
        <w:t>ervice.</w:t>
      </w:r>
    </w:p>
    <w:p w14:paraId="244CA955" w14:textId="2155E413" w:rsidR="2A575D40" w:rsidRPr="00350174" w:rsidRDefault="2A575D40"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To undertake all duties related to the post in a manner concordant with London Borough of Bexley policies regarding SEN and Inclusion.</w:t>
      </w:r>
    </w:p>
    <w:p w14:paraId="3BDEEFD0" w14:textId="4F5B9365" w:rsidR="2A575D40" w:rsidRPr="00350174" w:rsidRDefault="2A575D40"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To undertake other duties relating to the educational support of D/deaf children connected with the post of Teacher of the Deaf.</w:t>
      </w:r>
    </w:p>
    <w:p w14:paraId="7AA7CE98" w14:textId="42818EB5" w:rsidR="2A575D40" w:rsidRPr="00350174" w:rsidRDefault="20BCDC6E"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 xml:space="preserve"> To carry out any other duties and responsibilities appropriate to the r</w:t>
      </w:r>
      <w:r w:rsidR="5E8DCE44" w:rsidRPr="00350174">
        <w:rPr>
          <w:rFonts w:ascii="Gill Sans MT" w:eastAsia="Arial" w:hAnsi="Gill Sans MT" w:cs="Arial"/>
          <w:sz w:val="24"/>
          <w:szCs w:val="24"/>
        </w:rPr>
        <w:t>ole</w:t>
      </w:r>
      <w:r w:rsidR="11FEA6B1" w:rsidRPr="00350174">
        <w:rPr>
          <w:rFonts w:ascii="Gill Sans MT" w:eastAsia="Arial" w:hAnsi="Gill Sans MT" w:cs="Arial"/>
          <w:sz w:val="24"/>
          <w:szCs w:val="24"/>
        </w:rPr>
        <w:t xml:space="preserve"> e.g. c</w:t>
      </w:r>
      <w:r w:rsidR="11FEA6B1" w:rsidRPr="00350174">
        <w:rPr>
          <w:rFonts w:ascii="Gill Sans MT" w:hAnsi="Gill Sans MT" w:cs="Arial"/>
          <w:sz w:val="24"/>
          <w:szCs w:val="24"/>
        </w:rPr>
        <w:t>ontribute to hearing support team policies and daily practice</w:t>
      </w:r>
      <w:r w:rsidR="5E8DCE44" w:rsidRPr="00350174">
        <w:rPr>
          <w:rFonts w:ascii="Gill Sans MT" w:eastAsia="Arial" w:hAnsi="Gill Sans MT" w:cs="Arial"/>
          <w:sz w:val="24"/>
          <w:szCs w:val="24"/>
        </w:rPr>
        <w:t xml:space="preserve"> </w:t>
      </w:r>
    </w:p>
    <w:p w14:paraId="13E164ED" w14:textId="7B1DA8F7" w:rsidR="2A575D40" w:rsidRPr="00350174" w:rsidRDefault="2A575D40"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 xml:space="preserve"> To carry out duties which include processing of any personal data, must be undertaken </w:t>
      </w:r>
      <w:r w:rsidR="292ADF8E" w:rsidRPr="00350174">
        <w:rPr>
          <w:rFonts w:ascii="Gill Sans MT" w:eastAsia="Arial" w:hAnsi="Gill Sans MT" w:cs="Arial"/>
          <w:sz w:val="24"/>
          <w:szCs w:val="24"/>
        </w:rPr>
        <w:t xml:space="preserve">in line </w:t>
      </w:r>
      <w:r w:rsidRPr="00350174">
        <w:rPr>
          <w:rFonts w:ascii="Gill Sans MT" w:eastAsia="Arial" w:hAnsi="Gill Sans MT" w:cs="Arial"/>
          <w:sz w:val="24"/>
          <w:szCs w:val="24"/>
        </w:rPr>
        <w:t xml:space="preserve">with </w:t>
      </w:r>
      <w:r w:rsidR="0AA3510F" w:rsidRPr="00350174">
        <w:rPr>
          <w:rFonts w:ascii="Gill Sans MT" w:eastAsia="Arial" w:hAnsi="Gill Sans MT" w:cs="Arial"/>
          <w:sz w:val="24"/>
          <w:szCs w:val="24"/>
        </w:rPr>
        <w:t>Bexley’s</w:t>
      </w:r>
      <w:r w:rsidRPr="00350174">
        <w:rPr>
          <w:rFonts w:ascii="Gill Sans MT" w:eastAsia="Arial" w:hAnsi="Gill Sans MT" w:cs="Arial"/>
          <w:sz w:val="24"/>
          <w:szCs w:val="24"/>
        </w:rPr>
        <w:t xml:space="preserve"> Data Protection Guidelines </w:t>
      </w:r>
      <w:r w:rsidR="40B8739D" w:rsidRPr="00350174">
        <w:rPr>
          <w:rFonts w:ascii="Gill Sans MT" w:eastAsia="Arial" w:hAnsi="Gill Sans MT" w:cs="Arial"/>
          <w:sz w:val="24"/>
          <w:szCs w:val="24"/>
        </w:rPr>
        <w:t xml:space="preserve">and </w:t>
      </w:r>
      <w:r w:rsidR="20486A9E" w:rsidRPr="00350174">
        <w:rPr>
          <w:rFonts w:ascii="Gill Sans MT" w:eastAsia="Arial" w:hAnsi="Gill Sans MT" w:cs="Arial"/>
          <w:sz w:val="24"/>
          <w:szCs w:val="24"/>
        </w:rPr>
        <w:t>The Data Protection Act 2018</w:t>
      </w:r>
      <w:r w:rsidR="75FEB390" w:rsidRPr="00350174">
        <w:rPr>
          <w:rFonts w:ascii="Gill Sans MT" w:eastAsia="Arial" w:hAnsi="Gill Sans MT" w:cs="Arial"/>
          <w:sz w:val="24"/>
          <w:szCs w:val="24"/>
        </w:rPr>
        <w:t>.</w:t>
      </w:r>
    </w:p>
    <w:p w14:paraId="2340C401" w14:textId="51321774" w:rsidR="38FF6993" w:rsidRPr="00350174" w:rsidRDefault="38FF6993"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w:t>
      </w:r>
      <w:r w:rsidR="2A575D40" w:rsidRPr="00350174">
        <w:rPr>
          <w:rFonts w:ascii="Gill Sans MT" w:eastAsia="Arial" w:hAnsi="Gill Sans MT" w:cs="Arial"/>
          <w:sz w:val="24"/>
          <w:szCs w:val="24"/>
        </w:rPr>
        <w:t>o attend appropriate meetings as required in negotiation with the Head of Service</w:t>
      </w:r>
      <w:r w:rsidR="3266DF4D" w:rsidRPr="00350174">
        <w:rPr>
          <w:rFonts w:ascii="Gill Sans MT" w:eastAsia="Arial" w:hAnsi="Gill Sans MT" w:cs="Arial"/>
          <w:sz w:val="24"/>
          <w:szCs w:val="24"/>
        </w:rPr>
        <w:t xml:space="preserve"> relevant to your role</w:t>
      </w:r>
      <w:r w:rsidR="2A575D40" w:rsidRPr="00350174">
        <w:rPr>
          <w:rFonts w:ascii="Gill Sans MT" w:eastAsia="Arial" w:hAnsi="Gill Sans MT" w:cs="Arial"/>
          <w:sz w:val="24"/>
          <w:szCs w:val="24"/>
        </w:rPr>
        <w:t>.</w:t>
      </w:r>
    </w:p>
    <w:p w14:paraId="44B9F2FB" w14:textId="5B09D721" w:rsidR="1B82F052" w:rsidRPr="00350174" w:rsidRDefault="1B82F052" w:rsidP="09FF2EDA">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w:t>
      </w:r>
      <w:r w:rsidR="2A575D40" w:rsidRPr="00350174">
        <w:rPr>
          <w:rFonts w:ascii="Gill Sans MT" w:eastAsia="Arial" w:hAnsi="Gill Sans MT" w:cs="Arial"/>
          <w:sz w:val="24"/>
          <w:szCs w:val="24"/>
        </w:rPr>
        <w:t>o undertake professional development activities relating to the post.</w:t>
      </w:r>
    </w:p>
    <w:p w14:paraId="06FD4983" w14:textId="77777777" w:rsidR="00AA0260" w:rsidRPr="00350174" w:rsidRDefault="00AA0260" w:rsidP="00AA0260">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To take part in professional development activities related to the above duties as required by the Service in line with the National Standards for SEN specialist teachers.</w:t>
      </w:r>
    </w:p>
    <w:p w14:paraId="3DF9D99E" w14:textId="77777777" w:rsidR="00AA0260" w:rsidRPr="00350174" w:rsidRDefault="00AA0260" w:rsidP="00AA0260">
      <w:pPr>
        <w:pStyle w:val="ListParagraph"/>
        <w:numPr>
          <w:ilvl w:val="0"/>
          <w:numId w:val="8"/>
        </w:numPr>
        <w:rPr>
          <w:rFonts w:ascii="Gill Sans MT" w:eastAsia="Arial" w:hAnsi="Gill Sans MT" w:cs="Arial"/>
          <w:sz w:val="24"/>
          <w:szCs w:val="24"/>
        </w:rPr>
      </w:pPr>
      <w:r w:rsidRPr="00350174">
        <w:rPr>
          <w:rFonts w:ascii="Gill Sans MT" w:eastAsia="Arial" w:hAnsi="Gill Sans MT" w:cs="Arial"/>
          <w:sz w:val="24"/>
          <w:szCs w:val="24"/>
        </w:rPr>
        <w:t>To contribute to the overall development and management of policies and practices within the Early Intervention Team / Specialist Advice Service.</w:t>
      </w:r>
    </w:p>
    <w:p w14:paraId="4789DD27" w14:textId="77777777" w:rsidR="00AA0260" w:rsidRPr="00350174" w:rsidRDefault="00AA0260" w:rsidP="00AA0260">
      <w:pPr>
        <w:pStyle w:val="ListParagraph"/>
        <w:rPr>
          <w:rFonts w:ascii="Gill Sans MT" w:eastAsia="Arial" w:hAnsi="Gill Sans MT" w:cs="Arial"/>
          <w:sz w:val="24"/>
          <w:szCs w:val="24"/>
        </w:rPr>
      </w:pPr>
    </w:p>
    <w:p w14:paraId="5139AB41" w14:textId="2332E69C" w:rsidR="09FF2EDA" w:rsidRPr="00350174" w:rsidRDefault="09FF2EDA" w:rsidP="09FF2EDA">
      <w:pPr>
        <w:pStyle w:val="ListParagraph"/>
        <w:rPr>
          <w:rFonts w:ascii="Gill Sans MT" w:hAnsi="Gill Sans MT" w:cs="Arial"/>
          <w:sz w:val="24"/>
          <w:szCs w:val="24"/>
        </w:rPr>
      </w:pPr>
    </w:p>
    <w:p w14:paraId="7C5207DC" w14:textId="026EDC26" w:rsidR="09FF2EDA" w:rsidRPr="00350174" w:rsidRDefault="09FF2EDA" w:rsidP="09FF2EDA">
      <w:pPr>
        <w:pStyle w:val="ListParagraph"/>
        <w:rPr>
          <w:rFonts w:ascii="Gill Sans MT" w:hAnsi="Gill Sans MT" w:cs="Arial"/>
          <w:sz w:val="24"/>
          <w:szCs w:val="24"/>
        </w:rPr>
      </w:pPr>
    </w:p>
    <w:p w14:paraId="0625DBD0" w14:textId="6E49E358" w:rsidR="09FF2EDA" w:rsidRPr="00350174" w:rsidRDefault="2C8C8DC1" w:rsidP="7336B7C2">
      <w:pPr>
        <w:rPr>
          <w:rFonts w:ascii="Gill Sans MT" w:hAnsi="Gill Sans MT" w:cs="Arial"/>
          <w:sz w:val="24"/>
          <w:szCs w:val="24"/>
        </w:rPr>
      </w:pPr>
      <w:r w:rsidRPr="00350174">
        <w:rPr>
          <w:rFonts w:ascii="Gill Sans MT" w:hAnsi="Gill Sans MT" w:cs="Arial"/>
          <w:b/>
          <w:bCs/>
          <w:sz w:val="24"/>
          <w:szCs w:val="24"/>
        </w:rPr>
        <w:t>Health and Safety Responsibilities</w:t>
      </w:r>
    </w:p>
    <w:p w14:paraId="069D8BA0" w14:textId="6D9B57E9" w:rsidR="09FF2EDA" w:rsidRPr="00350174" w:rsidRDefault="09FF2EDA" w:rsidP="09FF2EDA">
      <w:pPr>
        <w:pStyle w:val="ListParagraph"/>
        <w:rPr>
          <w:rFonts w:ascii="Gill Sans MT" w:hAnsi="Gill Sans MT" w:cs="Arial"/>
          <w:sz w:val="24"/>
          <w:szCs w:val="24"/>
        </w:rPr>
      </w:pPr>
    </w:p>
    <w:p w14:paraId="40B42220" w14:textId="2C04D9E5" w:rsidR="5027EF1C" w:rsidRPr="00350174" w:rsidRDefault="3A28952C" w:rsidP="09FF2EDA">
      <w:pPr>
        <w:pStyle w:val="ListParagraph"/>
        <w:rPr>
          <w:rFonts w:ascii="Gill Sans MT" w:hAnsi="Gill Sans MT" w:cs="Arial"/>
          <w:b/>
          <w:bCs/>
          <w:sz w:val="24"/>
          <w:szCs w:val="24"/>
        </w:rPr>
      </w:pPr>
      <w:r w:rsidRPr="00350174">
        <w:rPr>
          <w:rFonts w:ascii="Gill Sans MT" w:hAnsi="Gill Sans MT" w:cs="Arial"/>
          <w:b/>
          <w:bCs/>
          <w:sz w:val="24"/>
          <w:szCs w:val="24"/>
        </w:rPr>
        <w:t>The post holder must comply with the London Borough of Bexley’s health and safety policy and in particular</w:t>
      </w:r>
      <w:r w:rsidR="1DE0BBBC" w:rsidRPr="00350174">
        <w:rPr>
          <w:rFonts w:ascii="Gill Sans MT" w:hAnsi="Gill Sans MT" w:cs="Arial"/>
          <w:b/>
          <w:bCs/>
          <w:sz w:val="24"/>
          <w:szCs w:val="24"/>
        </w:rPr>
        <w:t xml:space="preserve"> </w:t>
      </w:r>
      <w:r w:rsidR="4BBC42C7" w:rsidRPr="00350174">
        <w:rPr>
          <w:rFonts w:ascii="Gill Sans MT" w:hAnsi="Gill Sans MT" w:cs="Arial"/>
          <w:b/>
          <w:bCs/>
          <w:sz w:val="24"/>
          <w:szCs w:val="24"/>
        </w:rPr>
        <w:t>-</w:t>
      </w:r>
    </w:p>
    <w:p w14:paraId="3C119DFE" w14:textId="3907D4B8" w:rsidR="7336B7C2" w:rsidRPr="00350174" w:rsidRDefault="7336B7C2" w:rsidP="7336B7C2">
      <w:pPr>
        <w:pStyle w:val="ListParagraph"/>
        <w:rPr>
          <w:rFonts w:ascii="Gill Sans MT" w:hAnsi="Gill Sans MT" w:cs="Arial"/>
          <w:b/>
          <w:bCs/>
          <w:sz w:val="24"/>
          <w:szCs w:val="24"/>
        </w:rPr>
      </w:pPr>
    </w:p>
    <w:p w14:paraId="6F9868E4" w14:textId="2316009D" w:rsidR="173D7FE5" w:rsidRPr="00350174" w:rsidRDefault="173D7FE5" w:rsidP="7336B7C2">
      <w:pPr>
        <w:pStyle w:val="ListParagraph"/>
        <w:numPr>
          <w:ilvl w:val="0"/>
          <w:numId w:val="3"/>
        </w:numPr>
        <w:rPr>
          <w:rFonts w:ascii="Gill Sans MT" w:hAnsi="Gill Sans MT" w:cs="Arial"/>
          <w:sz w:val="24"/>
          <w:szCs w:val="24"/>
        </w:rPr>
      </w:pPr>
      <w:r w:rsidRPr="00350174">
        <w:rPr>
          <w:rFonts w:ascii="Gill Sans MT" w:hAnsi="Gill Sans MT" w:cs="Arial"/>
          <w:sz w:val="24"/>
          <w:szCs w:val="24"/>
        </w:rPr>
        <w:t>To carry out mandatory health and safety online training at work.</w:t>
      </w:r>
    </w:p>
    <w:p w14:paraId="7B62A820" w14:textId="64084215" w:rsidR="48BFD344" w:rsidRPr="00350174" w:rsidRDefault="4BBC42C7" w:rsidP="7336B7C2">
      <w:pPr>
        <w:pStyle w:val="ListParagraph"/>
        <w:numPr>
          <w:ilvl w:val="0"/>
          <w:numId w:val="3"/>
        </w:numPr>
        <w:rPr>
          <w:rFonts w:ascii="Gill Sans MT" w:hAnsi="Gill Sans MT" w:cs="Arial"/>
          <w:sz w:val="24"/>
          <w:szCs w:val="24"/>
        </w:rPr>
      </w:pPr>
      <w:r w:rsidRPr="00350174">
        <w:rPr>
          <w:rFonts w:ascii="Gill Sans MT" w:hAnsi="Gill Sans MT" w:cs="Arial"/>
          <w:sz w:val="24"/>
          <w:szCs w:val="24"/>
        </w:rPr>
        <w:t>To take reasonable care for their own health and safety at work and of those who may be affected by their actions or by their omissions.</w:t>
      </w:r>
    </w:p>
    <w:p w14:paraId="6E60B523" w14:textId="3C6D1EE8" w:rsidR="48BFD344" w:rsidRPr="00350174" w:rsidRDefault="4BBC42C7" w:rsidP="7336B7C2">
      <w:pPr>
        <w:pStyle w:val="ListParagraph"/>
        <w:numPr>
          <w:ilvl w:val="0"/>
          <w:numId w:val="4"/>
        </w:numPr>
        <w:rPr>
          <w:rFonts w:ascii="Gill Sans MT" w:hAnsi="Gill Sans MT" w:cs="Arial"/>
          <w:sz w:val="24"/>
          <w:szCs w:val="24"/>
        </w:rPr>
      </w:pPr>
      <w:r w:rsidRPr="00350174">
        <w:rPr>
          <w:rFonts w:ascii="Gill Sans MT" w:hAnsi="Gill Sans MT" w:cs="Arial"/>
          <w:sz w:val="24"/>
          <w:szCs w:val="24"/>
        </w:rPr>
        <w:t xml:space="preserve"> To cooperate with their line manager and senior management, to work safely, to comply with health and safety instructions and information and undertake appropriate health and safety and lone working training as required.</w:t>
      </w:r>
      <w:r w:rsidR="4A7FBE52" w:rsidRPr="00350174">
        <w:rPr>
          <w:rFonts w:ascii="Gill Sans MT" w:hAnsi="Gill Sans MT" w:cs="Arial"/>
          <w:sz w:val="24"/>
          <w:szCs w:val="24"/>
        </w:rPr>
        <w:t xml:space="preserve"> </w:t>
      </w:r>
    </w:p>
    <w:p w14:paraId="704E9C70" w14:textId="1DA3259A" w:rsidR="48BFD344" w:rsidRPr="00350174" w:rsidRDefault="4A7FBE52" w:rsidP="7336B7C2">
      <w:pPr>
        <w:pStyle w:val="ListParagraph"/>
        <w:numPr>
          <w:ilvl w:val="0"/>
          <w:numId w:val="4"/>
        </w:numPr>
        <w:rPr>
          <w:rFonts w:ascii="Gill Sans MT" w:hAnsi="Gill Sans MT" w:cs="Arial"/>
          <w:sz w:val="24"/>
          <w:szCs w:val="24"/>
        </w:rPr>
      </w:pPr>
      <w:r w:rsidRPr="00350174">
        <w:rPr>
          <w:rFonts w:ascii="Gill Sans MT" w:hAnsi="Gill Sans MT" w:cs="Arial"/>
          <w:sz w:val="24"/>
          <w:szCs w:val="24"/>
        </w:rPr>
        <w:t xml:space="preserve">Not to intentionally or recklessly interfere with or misuse anything provided in the interests of health, safety and welfare. </w:t>
      </w:r>
    </w:p>
    <w:p w14:paraId="69352126" w14:textId="506B635E" w:rsidR="48BFD344" w:rsidRPr="00350174" w:rsidRDefault="4A7FBE52" w:rsidP="7336B7C2">
      <w:pPr>
        <w:pStyle w:val="ListParagraph"/>
        <w:numPr>
          <w:ilvl w:val="0"/>
          <w:numId w:val="4"/>
        </w:numPr>
        <w:rPr>
          <w:rFonts w:ascii="Gill Sans MT" w:hAnsi="Gill Sans MT" w:cs="Arial"/>
          <w:sz w:val="24"/>
          <w:szCs w:val="24"/>
        </w:rPr>
      </w:pPr>
      <w:r w:rsidRPr="00350174">
        <w:rPr>
          <w:rFonts w:ascii="Gill Sans MT" w:hAnsi="Gill Sans MT" w:cs="Arial"/>
          <w:sz w:val="24"/>
          <w:szCs w:val="24"/>
        </w:rPr>
        <w:t>To report to their manager any health and safety concerns, hazardous condition or defect in the health and safety arrangements.</w:t>
      </w:r>
    </w:p>
    <w:p w14:paraId="6A2FA559" w14:textId="2DE65265" w:rsidR="7336B7C2" w:rsidRPr="00350174" w:rsidRDefault="7336B7C2" w:rsidP="7336B7C2">
      <w:pPr>
        <w:pStyle w:val="ListBullet"/>
        <w:numPr>
          <w:ilvl w:val="0"/>
          <w:numId w:val="0"/>
        </w:numPr>
        <w:rPr>
          <w:rFonts w:ascii="Gill Sans MT" w:hAnsi="Gill Sans MT" w:cs="Arial"/>
          <w:sz w:val="24"/>
          <w:szCs w:val="24"/>
        </w:rPr>
      </w:pPr>
    </w:p>
    <w:p w14:paraId="00195B0C" w14:textId="0EBA175F" w:rsidR="7336B7C2" w:rsidRPr="00350174" w:rsidRDefault="7336B7C2" w:rsidP="7336B7C2">
      <w:pPr>
        <w:pStyle w:val="ListBullet"/>
        <w:numPr>
          <w:ilvl w:val="0"/>
          <w:numId w:val="0"/>
        </w:numPr>
        <w:rPr>
          <w:rFonts w:ascii="Gill Sans MT" w:hAnsi="Gill Sans MT" w:cs="Arial"/>
          <w:sz w:val="24"/>
          <w:szCs w:val="24"/>
        </w:rPr>
      </w:pPr>
    </w:p>
    <w:p w14:paraId="0DA2DD7A" w14:textId="4F92080F" w:rsidR="23CD9C1E" w:rsidRPr="00350174" w:rsidRDefault="23CD9C1E" w:rsidP="23CD9C1E">
      <w:pPr>
        <w:pStyle w:val="ListBullet"/>
        <w:numPr>
          <w:ilvl w:val="0"/>
          <w:numId w:val="0"/>
        </w:numPr>
        <w:ind w:left="360"/>
        <w:rPr>
          <w:rFonts w:ascii="Gill Sans MT" w:hAnsi="Gill Sans MT" w:cs="Arial"/>
          <w:sz w:val="24"/>
          <w:szCs w:val="24"/>
        </w:rPr>
      </w:pPr>
    </w:p>
    <w:p w14:paraId="1A907CEC" w14:textId="571733AD" w:rsidR="69F3237F" w:rsidRPr="00350174" w:rsidRDefault="69F3237F" w:rsidP="23CD9C1E">
      <w:pPr>
        <w:pStyle w:val="ListBullet"/>
        <w:numPr>
          <w:ilvl w:val="0"/>
          <w:numId w:val="0"/>
        </w:numPr>
        <w:rPr>
          <w:rFonts w:ascii="Gill Sans MT" w:hAnsi="Gill Sans MT" w:cs="Arial"/>
          <w:sz w:val="24"/>
          <w:szCs w:val="24"/>
        </w:rPr>
      </w:pPr>
      <w:r w:rsidRPr="00350174">
        <w:rPr>
          <w:rFonts w:ascii="Gill Sans MT" w:hAnsi="Gill Sans MT" w:cs="Arial"/>
          <w:b/>
          <w:bCs/>
          <w:sz w:val="24"/>
          <w:szCs w:val="24"/>
        </w:rPr>
        <w:t>Safeguarding Responsibilities</w:t>
      </w:r>
    </w:p>
    <w:p w14:paraId="30F48142" w14:textId="25A73C13" w:rsidR="48BFD344" w:rsidRPr="00350174" w:rsidRDefault="4A7FBE52" w:rsidP="23CD9C1E">
      <w:pPr>
        <w:pStyle w:val="ListBullet"/>
        <w:rPr>
          <w:rFonts w:ascii="Gill Sans MT" w:hAnsi="Gill Sans MT" w:cs="Arial"/>
          <w:sz w:val="24"/>
          <w:szCs w:val="24"/>
        </w:rPr>
      </w:pPr>
      <w:r w:rsidRPr="00350174">
        <w:rPr>
          <w:rFonts w:ascii="Gill Sans MT" w:hAnsi="Gill Sans MT" w:cs="Arial"/>
          <w:sz w:val="24"/>
          <w:szCs w:val="24"/>
        </w:rPr>
        <w:t xml:space="preserve"> The post holder must comply with the Interagency procedures of the London Safeguarding Children Board and London Borough of Bexley policies for safeguarding children and safeguarding adults</w:t>
      </w:r>
      <w:r w:rsidR="63A75239" w:rsidRPr="00350174">
        <w:rPr>
          <w:rFonts w:ascii="Gill Sans MT" w:hAnsi="Gill Sans MT" w:cs="Arial"/>
          <w:sz w:val="24"/>
          <w:szCs w:val="24"/>
        </w:rPr>
        <w:t>.</w:t>
      </w:r>
      <w:r w:rsidRPr="00350174">
        <w:rPr>
          <w:rFonts w:ascii="Gill Sans MT" w:hAnsi="Gill Sans MT" w:cs="Arial"/>
          <w:sz w:val="24"/>
          <w:szCs w:val="24"/>
        </w:rPr>
        <w:t xml:space="preserve"> </w:t>
      </w:r>
    </w:p>
    <w:p w14:paraId="7FB01057" w14:textId="729C700B" w:rsidR="2475F2D3" w:rsidRPr="00350174" w:rsidRDefault="2475F2D3" w:rsidP="7336B7C2">
      <w:pPr>
        <w:pStyle w:val="ListBullet"/>
        <w:rPr>
          <w:rFonts w:ascii="Gill Sans MT" w:hAnsi="Gill Sans MT" w:cs="Arial"/>
          <w:sz w:val="24"/>
          <w:szCs w:val="24"/>
        </w:rPr>
      </w:pPr>
      <w:r w:rsidRPr="00350174">
        <w:rPr>
          <w:rFonts w:ascii="Gill Sans MT" w:hAnsi="Gill Sans MT" w:cs="Arial"/>
          <w:sz w:val="24"/>
          <w:szCs w:val="24"/>
        </w:rPr>
        <w:t>To carry out Safeguarding training as requested by the line manager.</w:t>
      </w:r>
    </w:p>
    <w:p w14:paraId="54998CCD" w14:textId="6257498B" w:rsidR="48BFD344" w:rsidRPr="00350174" w:rsidRDefault="4A7FBE52" w:rsidP="23CD9C1E">
      <w:pPr>
        <w:pStyle w:val="ListBullet"/>
        <w:rPr>
          <w:rFonts w:ascii="Gill Sans MT" w:hAnsi="Gill Sans MT" w:cs="Arial"/>
          <w:sz w:val="24"/>
          <w:szCs w:val="24"/>
        </w:rPr>
      </w:pPr>
      <w:r w:rsidRPr="00350174">
        <w:rPr>
          <w:rFonts w:ascii="Gill Sans MT" w:hAnsi="Gill Sans MT" w:cs="Arial"/>
          <w:sz w:val="24"/>
          <w:szCs w:val="24"/>
        </w:rPr>
        <w:t xml:space="preserve"> To ensure they are aware of the signs that may suggest a child or vulnerable adult is being abused or neglected. </w:t>
      </w:r>
    </w:p>
    <w:p w14:paraId="3D5C51CE" w14:textId="144A0FC0" w:rsidR="48BFD344" w:rsidRPr="00350174" w:rsidRDefault="4A7FBE52" w:rsidP="7336B7C2">
      <w:pPr>
        <w:pStyle w:val="ListBullet"/>
        <w:rPr>
          <w:rFonts w:ascii="Gill Sans MT" w:eastAsia="Arial" w:hAnsi="Gill Sans MT" w:cs="Arial"/>
          <w:sz w:val="24"/>
          <w:szCs w:val="24"/>
        </w:rPr>
      </w:pPr>
      <w:r w:rsidRPr="00350174">
        <w:rPr>
          <w:rFonts w:ascii="Gill Sans MT" w:hAnsi="Gill Sans MT" w:cs="Arial"/>
          <w:sz w:val="24"/>
          <w:szCs w:val="24"/>
        </w:rPr>
        <w:t xml:space="preserve"> To report to their </w:t>
      </w:r>
      <w:r w:rsidR="2EBB4EFE" w:rsidRPr="00350174">
        <w:rPr>
          <w:rFonts w:ascii="Gill Sans MT" w:hAnsi="Gill Sans MT" w:cs="Arial"/>
          <w:sz w:val="24"/>
          <w:szCs w:val="24"/>
        </w:rPr>
        <w:t xml:space="preserve">line </w:t>
      </w:r>
      <w:r w:rsidRPr="00350174">
        <w:rPr>
          <w:rFonts w:ascii="Gill Sans MT" w:hAnsi="Gill Sans MT" w:cs="Arial"/>
          <w:sz w:val="24"/>
          <w:szCs w:val="24"/>
        </w:rPr>
        <w:t xml:space="preserve">manager, </w:t>
      </w:r>
      <w:r w:rsidR="55385AD2" w:rsidRPr="00350174">
        <w:rPr>
          <w:rFonts w:ascii="Gill Sans MT" w:hAnsi="Gill Sans MT" w:cs="Arial"/>
          <w:sz w:val="24"/>
          <w:szCs w:val="24"/>
        </w:rPr>
        <w:t xml:space="preserve">safeguarding lead </w:t>
      </w:r>
      <w:r w:rsidRPr="00350174">
        <w:rPr>
          <w:rFonts w:ascii="Gill Sans MT" w:hAnsi="Gill Sans MT" w:cs="Arial"/>
          <w:sz w:val="24"/>
          <w:szCs w:val="24"/>
        </w:rPr>
        <w:t xml:space="preserve">or other appropriate manager, any concerns they may have that suggest that a child or vulnerable </w:t>
      </w:r>
      <w:r w:rsidRPr="00350174">
        <w:rPr>
          <w:rFonts w:ascii="Gill Sans MT" w:eastAsia="Arial" w:hAnsi="Gill Sans MT" w:cs="Arial"/>
          <w:sz w:val="24"/>
          <w:szCs w:val="24"/>
        </w:rPr>
        <w:t>adult may be being abused or neglected immediately.</w:t>
      </w:r>
    </w:p>
    <w:p w14:paraId="79CB36DC" w14:textId="7729B3ED" w:rsidR="634303F7" w:rsidRPr="00350174" w:rsidRDefault="634303F7" w:rsidP="7336B7C2">
      <w:pPr>
        <w:pStyle w:val="ListBullet"/>
        <w:rPr>
          <w:rFonts w:ascii="Gill Sans MT" w:eastAsia="Arial" w:hAnsi="Gill Sans MT" w:cs="Arial"/>
          <w:sz w:val="24"/>
          <w:szCs w:val="24"/>
        </w:rPr>
      </w:pPr>
      <w:r w:rsidRPr="00350174">
        <w:rPr>
          <w:rFonts w:ascii="Gill Sans MT" w:eastAsia="Arial" w:hAnsi="Gill Sans MT" w:cs="Arial"/>
          <w:sz w:val="24"/>
          <w:szCs w:val="24"/>
        </w:rPr>
        <w:t xml:space="preserve">The post holder must comply with the Interagency procedures of the London Safeguarding Children Board and London Borough of Bexley policies for safeguarding children and safeguarding adults </w:t>
      </w:r>
    </w:p>
    <w:p w14:paraId="338ECE0D" w14:textId="6E10E0F2" w:rsidR="634303F7" w:rsidRPr="00350174" w:rsidRDefault="634303F7" w:rsidP="7336B7C2">
      <w:pPr>
        <w:pStyle w:val="ListBullet"/>
        <w:rPr>
          <w:rFonts w:ascii="Gill Sans MT" w:eastAsia="Arial" w:hAnsi="Gill Sans MT" w:cs="Arial"/>
          <w:sz w:val="24"/>
          <w:szCs w:val="24"/>
        </w:rPr>
      </w:pPr>
      <w:r w:rsidRPr="00350174">
        <w:rPr>
          <w:rFonts w:ascii="Gill Sans MT" w:eastAsia="Arial" w:hAnsi="Gill Sans MT" w:cs="Arial"/>
          <w:sz w:val="24"/>
          <w:szCs w:val="24"/>
        </w:rPr>
        <w:t>To ensure they are aware of the signs that may suggest a child or vulnerable adult is being abused or neglected</w:t>
      </w:r>
      <w:r w:rsidR="7F241F55" w:rsidRPr="00350174">
        <w:rPr>
          <w:rFonts w:ascii="Gill Sans MT" w:eastAsia="Arial" w:hAnsi="Gill Sans MT" w:cs="Arial"/>
          <w:sz w:val="24"/>
          <w:szCs w:val="24"/>
        </w:rPr>
        <w:t xml:space="preserve"> and to follow safeguarding protocol  </w:t>
      </w:r>
    </w:p>
    <w:p w14:paraId="3FE41E6F" w14:textId="0B575A1C" w:rsidR="7336B7C2" w:rsidRPr="00350174" w:rsidRDefault="7336B7C2" w:rsidP="7336B7C2">
      <w:pPr>
        <w:pStyle w:val="ListBullet"/>
        <w:numPr>
          <w:ilvl w:val="0"/>
          <w:numId w:val="0"/>
        </w:numPr>
        <w:ind w:left="360"/>
        <w:rPr>
          <w:rFonts w:ascii="Gill Sans MT" w:eastAsia="Arial" w:hAnsi="Gill Sans MT" w:cs="Arial"/>
          <w:sz w:val="24"/>
          <w:szCs w:val="24"/>
        </w:rPr>
      </w:pPr>
    </w:p>
    <w:p w14:paraId="4A2E7C4C" w14:textId="444D6860" w:rsidR="7336B7C2" w:rsidRPr="00350174" w:rsidRDefault="7336B7C2" w:rsidP="7336B7C2">
      <w:pPr>
        <w:pStyle w:val="ListBullet"/>
        <w:numPr>
          <w:ilvl w:val="0"/>
          <w:numId w:val="0"/>
        </w:numPr>
        <w:ind w:left="360"/>
        <w:rPr>
          <w:rFonts w:ascii="Gill Sans MT" w:eastAsia="Arial" w:hAnsi="Gill Sans MT" w:cs="Arial"/>
          <w:sz w:val="24"/>
          <w:szCs w:val="24"/>
        </w:rPr>
      </w:pPr>
    </w:p>
    <w:p w14:paraId="3B843B5F" w14:textId="77777777" w:rsidR="00FA2A9F" w:rsidRPr="00350174" w:rsidRDefault="7EB55FF7">
      <w:pPr>
        <w:rPr>
          <w:rFonts w:ascii="Gill Sans MT" w:hAnsi="Gill Sans MT" w:cs="Arial"/>
          <w:sz w:val="24"/>
          <w:szCs w:val="24"/>
        </w:rPr>
      </w:pPr>
      <w:r w:rsidRPr="00350174">
        <w:rPr>
          <w:rFonts w:ascii="Gill Sans MT" w:hAnsi="Gill Sans MT" w:cs="Arial"/>
          <w:b/>
          <w:bCs/>
          <w:sz w:val="24"/>
          <w:szCs w:val="24"/>
        </w:rPr>
        <w:t>Job Activities</w:t>
      </w:r>
    </w:p>
    <w:p w14:paraId="5CAC9DB6" w14:textId="6B774CE3" w:rsidR="00FA2A9F" w:rsidRPr="00350174" w:rsidRDefault="131B8A24">
      <w:pPr>
        <w:pStyle w:val="ListBullet"/>
        <w:rPr>
          <w:rFonts w:ascii="Gill Sans MT" w:hAnsi="Gill Sans MT" w:cs="Arial"/>
          <w:sz w:val="24"/>
          <w:szCs w:val="24"/>
        </w:rPr>
      </w:pPr>
      <w:r w:rsidRPr="00350174">
        <w:rPr>
          <w:rFonts w:ascii="Gill Sans MT" w:hAnsi="Gill Sans MT" w:cs="Arial"/>
          <w:sz w:val="24"/>
          <w:szCs w:val="24"/>
        </w:rPr>
        <w:t xml:space="preserve">Maintain accurate </w:t>
      </w:r>
      <w:r w:rsidR="3ACE0E16" w:rsidRPr="00350174">
        <w:rPr>
          <w:rFonts w:ascii="Gill Sans MT" w:hAnsi="Gill Sans MT" w:cs="Arial"/>
          <w:sz w:val="24"/>
          <w:szCs w:val="24"/>
        </w:rPr>
        <w:t xml:space="preserve">up to date </w:t>
      </w:r>
      <w:r w:rsidRPr="00350174">
        <w:rPr>
          <w:rFonts w:ascii="Gill Sans MT" w:hAnsi="Gill Sans MT" w:cs="Arial"/>
          <w:sz w:val="24"/>
          <w:szCs w:val="24"/>
        </w:rPr>
        <w:t>record</w:t>
      </w:r>
      <w:r w:rsidR="15E96DBC" w:rsidRPr="00350174">
        <w:rPr>
          <w:rFonts w:ascii="Gill Sans MT" w:hAnsi="Gill Sans MT" w:cs="Arial"/>
          <w:sz w:val="24"/>
          <w:szCs w:val="24"/>
        </w:rPr>
        <w:t xml:space="preserve">s for support </w:t>
      </w:r>
      <w:r w:rsidR="023D28FE" w:rsidRPr="00350174">
        <w:rPr>
          <w:rFonts w:ascii="Gill Sans MT" w:hAnsi="Gill Sans MT" w:cs="Arial"/>
          <w:sz w:val="24"/>
          <w:szCs w:val="24"/>
        </w:rPr>
        <w:t xml:space="preserve">provided </w:t>
      </w:r>
      <w:r w:rsidR="15E96DBC" w:rsidRPr="00350174">
        <w:rPr>
          <w:rFonts w:ascii="Gill Sans MT" w:hAnsi="Gill Sans MT" w:cs="Arial"/>
          <w:sz w:val="24"/>
          <w:szCs w:val="24"/>
        </w:rPr>
        <w:t>and visits</w:t>
      </w:r>
      <w:r w:rsidR="7BC073F6" w:rsidRPr="00350174">
        <w:rPr>
          <w:rFonts w:ascii="Gill Sans MT" w:hAnsi="Gill Sans MT" w:cs="Arial"/>
          <w:sz w:val="24"/>
          <w:szCs w:val="24"/>
        </w:rPr>
        <w:t xml:space="preserve"> of D/deaf babies, children and young people</w:t>
      </w:r>
    </w:p>
    <w:p w14:paraId="2F12B970" w14:textId="7DEEDD35"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Support the effective management and provision for pupils with</w:t>
      </w:r>
      <w:r w:rsidR="6D725D8A" w:rsidRPr="00350174">
        <w:rPr>
          <w:rFonts w:ascii="Gill Sans MT" w:hAnsi="Gill Sans MT" w:cs="Arial"/>
          <w:sz w:val="24"/>
          <w:szCs w:val="24"/>
        </w:rPr>
        <w:t xml:space="preserve"> D/deafness and hearing loss</w:t>
      </w:r>
      <w:r w:rsidRPr="00350174">
        <w:rPr>
          <w:rFonts w:ascii="Gill Sans MT" w:hAnsi="Gill Sans MT" w:cs="Arial"/>
          <w:sz w:val="24"/>
          <w:szCs w:val="24"/>
        </w:rPr>
        <w:t xml:space="preserve"> through development work within the Directorate, and </w:t>
      </w:r>
      <w:r w:rsidR="1B1F3156" w:rsidRPr="00350174">
        <w:rPr>
          <w:rFonts w:ascii="Gill Sans MT" w:hAnsi="Gill Sans MT" w:cs="Arial"/>
          <w:sz w:val="24"/>
          <w:szCs w:val="24"/>
        </w:rPr>
        <w:t>by</w:t>
      </w:r>
      <w:r w:rsidRPr="00350174">
        <w:rPr>
          <w:rFonts w:ascii="Gill Sans MT" w:hAnsi="Gill Sans MT" w:cs="Arial"/>
          <w:sz w:val="24"/>
          <w:szCs w:val="24"/>
        </w:rPr>
        <w:t xml:space="preserve"> delivering appropriate training for school staff, parents and others. </w:t>
      </w:r>
    </w:p>
    <w:p w14:paraId="61C0C640" w14:textId="130D201B" w:rsidR="377BDBCE" w:rsidRPr="00350174" w:rsidRDefault="52E8FD56" w:rsidP="23CD9C1E">
      <w:pPr>
        <w:pStyle w:val="ListBullet"/>
        <w:rPr>
          <w:rFonts w:ascii="Gill Sans MT" w:hAnsi="Gill Sans MT" w:cs="Arial"/>
          <w:sz w:val="24"/>
          <w:szCs w:val="24"/>
        </w:rPr>
      </w:pPr>
      <w:r w:rsidRPr="00350174">
        <w:rPr>
          <w:rFonts w:ascii="Gill Sans MT" w:hAnsi="Gill Sans MT" w:cs="Arial"/>
          <w:sz w:val="24"/>
          <w:szCs w:val="24"/>
        </w:rPr>
        <w:t>Make regular school visits to devel</w:t>
      </w:r>
      <w:r w:rsidR="1658055D" w:rsidRPr="00350174">
        <w:rPr>
          <w:rFonts w:ascii="Gill Sans MT" w:hAnsi="Gill Sans MT" w:cs="Arial"/>
          <w:sz w:val="24"/>
          <w:szCs w:val="24"/>
        </w:rPr>
        <w:t>op</w:t>
      </w:r>
      <w:r w:rsidRPr="00350174">
        <w:rPr>
          <w:rFonts w:ascii="Gill Sans MT" w:hAnsi="Gill Sans MT" w:cs="Arial"/>
          <w:sz w:val="24"/>
          <w:szCs w:val="24"/>
        </w:rPr>
        <w:t xml:space="preserve"> supportive relationship</w:t>
      </w:r>
      <w:r w:rsidR="6693C04C" w:rsidRPr="00350174">
        <w:rPr>
          <w:rFonts w:ascii="Gill Sans MT" w:hAnsi="Gill Sans MT" w:cs="Arial"/>
          <w:sz w:val="24"/>
          <w:szCs w:val="24"/>
        </w:rPr>
        <w:t>s</w:t>
      </w:r>
      <w:r w:rsidRPr="00350174">
        <w:rPr>
          <w:rFonts w:ascii="Gill Sans MT" w:hAnsi="Gill Sans MT" w:cs="Arial"/>
          <w:sz w:val="24"/>
          <w:szCs w:val="24"/>
        </w:rPr>
        <w:t xml:space="preserve"> wit</w:t>
      </w:r>
      <w:r w:rsidR="43700B6C" w:rsidRPr="00350174">
        <w:rPr>
          <w:rFonts w:ascii="Gill Sans MT" w:hAnsi="Gill Sans MT" w:cs="Arial"/>
          <w:sz w:val="24"/>
          <w:szCs w:val="24"/>
        </w:rPr>
        <w:t>h</w:t>
      </w:r>
      <w:r w:rsidRPr="00350174">
        <w:rPr>
          <w:rFonts w:ascii="Gill Sans MT" w:hAnsi="Gill Sans MT" w:cs="Arial"/>
          <w:sz w:val="24"/>
          <w:szCs w:val="24"/>
        </w:rPr>
        <w:t xml:space="preserve"> school</w:t>
      </w:r>
      <w:r w:rsidR="04C091C5" w:rsidRPr="00350174">
        <w:rPr>
          <w:rFonts w:ascii="Gill Sans MT" w:hAnsi="Gill Sans MT" w:cs="Arial"/>
          <w:sz w:val="24"/>
          <w:szCs w:val="24"/>
        </w:rPr>
        <w:t xml:space="preserve"> staff,</w:t>
      </w:r>
      <w:r w:rsidRPr="00350174">
        <w:rPr>
          <w:rFonts w:ascii="Gill Sans MT" w:hAnsi="Gill Sans MT" w:cs="Arial"/>
          <w:sz w:val="24"/>
          <w:szCs w:val="24"/>
        </w:rPr>
        <w:t xml:space="preserve"> to identify whe</w:t>
      </w:r>
      <w:r w:rsidR="21198CB6" w:rsidRPr="00350174">
        <w:rPr>
          <w:rFonts w:ascii="Gill Sans MT" w:hAnsi="Gill Sans MT" w:cs="Arial"/>
          <w:sz w:val="24"/>
          <w:szCs w:val="24"/>
        </w:rPr>
        <w:t>n</w:t>
      </w:r>
      <w:r w:rsidRPr="00350174">
        <w:rPr>
          <w:rFonts w:ascii="Gill Sans MT" w:hAnsi="Gill Sans MT" w:cs="Arial"/>
          <w:sz w:val="24"/>
          <w:szCs w:val="24"/>
        </w:rPr>
        <w:t xml:space="preserve"> assistance is required to deal with issues relating to support for pupils </w:t>
      </w:r>
      <w:r w:rsidR="732B137E" w:rsidRPr="00350174">
        <w:rPr>
          <w:rFonts w:ascii="Gill Sans MT" w:hAnsi="Gill Sans MT" w:cs="Arial"/>
          <w:sz w:val="24"/>
          <w:szCs w:val="24"/>
        </w:rPr>
        <w:t>with a hearing loss</w:t>
      </w:r>
      <w:r w:rsidRPr="00350174">
        <w:rPr>
          <w:rFonts w:ascii="Gill Sans MT" w:hAnsi="Gill Sans MT" w:cs="Arial"/>
          <w:sz w:val="24"/>
          <w:szCs w:val="24"/>
        </w:rPr>
        <w:t xml:space="preserve"> and to improve opportunities for learning and inclusion. </w:t>
      </w:r>
    </w:p>
    <w:p w14:paraId="53EF92A4" w14:textId="5BFDD213" w:rsidR="377BDBCE" w:rsidRPr="00350174" w:rsidRDefault="3FA6A980" w:rsidP="23CD9C1E">
      <w:pPr>
        <w:pStyle w:val="ListBullet"/>
        <w:rPr>
          <w:rFonts w:ascii="Gill Sans MT" w:hAnsi="Gill Sans MT" w:cs="Arial"/>
          <w:sz w:val="24"/>
          <w:szCs w:val="24"/>
        </w:rPr>
      </w:pPr>
      <w:r w:rsidRPr="00350174">
        <w:rPr>
          <w:rFonts w:ascii="Gill Sans MT" w:hAnsi="Gill Sans MT" w:cs="Arial"/>
          <w:sz w:val="24"/>
          <w:szCs w:val="24"/>
        </w:rPr>
        <w:t>To w</w:t>
      </w:r>
      <w:r w:rsidR="08842EB4" w:rsidRPr="00350174">
        <w:rPr>
          <w:rFonts w:ascii="Gill Sans MT" w:hAnsi="Gill Sans MT" w:cs="Arial"/>
          <w:sz w:val="24"/>
          <w:szCs w:val="24"/>
        </w:rPr>
        <w:t>ork closely with school staff, pupils</w:t>
      </w:r>
      <w:r w:rsidR="4D16CA14" w:rsidRPr="00350174">
        <w:rPr>
          <w:rFonts w:ascii="Gill Sans MT" w:hAnsi="Gill Sans MT" w:cs="Arial"/>
          <w:sz w:val="24"/>
          <w:szCs w:val="24"/>
        </w:rPr>
        <w:t xml:space="preserve"> and their </w:t>
      </w:r>
      <w:r w:rsidR="08842EB4" w:rsidRPr="00350174">
        <w:rPr>
          <w:rFonts w:ascii="Gill Sans MT" w:hAnsi="Gill Sans MT" w:cs="Arial"/>
          <w:sz w:val="24"/>
          <w:szCs w:val="24"/>
        </w:rPr>
        <w:t xml:space="preserve">families and other professionals in order to ascertain the nature of individual pupil’s </w:t>
      </w:r>
      <w:r w:rsidR="3DA6C6B2" w:rsidRPr="00350174">
        <w:rPr>
          <w:rFonts w:ascii="Gill Sans MT" w:hAnsi="Gill Sans MT" w:cs="Arial"/>
          <w:sz w:val="24"/>
          <w:szCs w:val="24"/>
        </w:rPr>
        <w:t>needs</w:t>
      </w:r>
      <w:r w:rsidR="08842EB4" w:rsidRPr="00350174">
        <w:rPr>
          <w:rFonts w:ascii="Gill Sans MT" w:hAnsi="Gill Sans MT" w:cs="Arial"/>
          <w:sz w:val="24"/>
          <w:szCs w:val="24"/>
        </w:rPr>
        <w:t xml:space="preserve"> and to develop effective support programmes</w:t>
      </w:r>
      <w:r w:rsidR="02A27FA8" w:rsidRPr="00350174">
        <w:rPr>
          <w:rFonts w:ascii="Gill Sans MT" w:hAnsi="Gill Sans MT" w:cs="Arial"/>
          <w:sz w:val="24"/>
          <w:szCs w:val="24"/>
        </w:rPr>
        <w:t>,</w:t>
      </w:r>
      <w:r w:rsidR="08842EB4" w:rsidRPr="00350174">
        <w:rPr>
          <w:rFonts w:ascii="Gill Sans MT" w:hAnsi="Gill Sans MT" w:cs="Arial"/>
          <w:sz w:val="24"/>
          <w:szCs w:val="24"/>
        </w:rPr>
        <w:t xml:space="preserve"> strategies and interventions. </w:t>
      </w:r>
    </w:p>
    <w:p w14:paraId="34E31D50" w14:textId="6D4730D3" w:rsidR="3510E308" w:rsidRPr="00350174" w:rsidRDefault="00FCFAE3" w:rsidP="23CD9C1E">
      <w:pPr>
        <w:pStyle w:val="ListBullet"/>
        <w:rPr>
          <w:rFonts w:ascii="Gill Sans MT" w:hAnsi="Gill Sans MT" w:cs="Arial"/>
          <w:sz w:val="24"/>
          <w:szCs w:val="24"/>
        </w:rPr>
      </w:pPr>
      <w:r w:rsidRPr="00350174">
        <w:rPr>
          <w:rFonts w:ascii="Gill Sans MT" w:hAnsi="Gill Sans MT" w:cs="Arial"/>
          <w:sz w:val="24"/>
          <w:szCs w:val="24"/>
        </w:rPr>
        <w:t xml:space="preserve">To identify training needs for school staff, that would help them </w:t>
      </w:r>
      <w:r w:rsidR="7DF92629" w:rsidRPr="00350174">
        <w:rPr>
          <w:rFonts w:ascii="Gill Sans MT" w:hAnsi="Gill Sans MT" w:cs="Arial"/>
          <w:sz w:val="24"/>
          <w:szCs w:val="24"/>
        </w:rPr>
        <w:t>to develop</w:t>
      </w:r>
      <w:r w:rsidRPr="00350174">
        <w:rPr>
          <w:rFonts w:ascii="Gill Sans MT" w:hAnsi="Gill Sans MT" w:cs="Arial"/>
          <w:sz w:val="24"/>
          <w:szCs w:val="24"/>
        </w:rPr>
        <w:t xml:space="preserve"> </w:t>
      </w:r>
      <w:r w:rsidR="489289B7" w:rsidRPr="00350174">
        <w:rPr>
          <w:rFonts w:ascii="Gill Sans MT" w:hAnsi="Gill Sans MT" w:cs="Arial"/>
          <w:sz w:val="24"/>
          <w:szCs w:val="24"/>
        </w:rPr>
        <w:t xml:space="preserve">better inclusion and learning for </w:t>
      </w:r>
      <w:r w:rsidRPr="00350174">
        <w:rPr>
          <w:rFonts w:ascii="Gill Sans MT" w:hAnsi="Gill Sans MT" w:cs="Arial"/>
          <w:sz w:val="24"/>
          <w:szCs w:val="24"/>
        </w:rPr>
        <w:t xml:space="preserve">our D/deaf pupils and </w:t>
      </w:r>
      <w:r w:rsidR="390ED200" w:rsidRPr="00350174">
        <w:rPr>
          <w:rFonts w:ascii="Gill Sans MT" w:hAnsi="Gill Sans MT" w:cs="Arial"/>
          <w:sz w:val="24"/>
          <w:szCs w:val="24"/>
        </w:rPr>
        <w:t xml:space="preserve">to </w:t>
      </w:r>
      <w:r w:rsidR="0953177E" w:rsidRPr="00350174">
        <w:rPr>
          <w:rFonts w:ascii="Gill Sans MT" w:hAnsi="Gill Sans MT" w:cs="Arial"/>
          <w:sz w:val="24"/>
          <w:szCs w:val="24"/>
        </w:rPr>
        <w:t>then</w:t>
      </w:r>
      <w:r w:rsidRPr="00350174">
        <w:rPr>
          <w:rFonts w:ascii="Gill Sans MT" w:hAnsi="Gill Sans MT" w:cs="Arial"/>
          <w:sz w:val="24"/>
          <w:szCs w:val="24"/>
        </w:rPr>
        <w:t xml:space="preserve"> plan and </w:t>
      </w:r>
      <w:r w:rsidR="2A5F9247" w:rsidRPr="00350174">
        <w:rPr>
          <w:rFonts w:ascii="Gill Sans MT" w:hAnsi="Gill Sans MT" w:cs="Arial"/>
          <w:sz w:val="24"/>
          <w:szCs w:val="24"/>
        </w:rPr>
        <w:t>present this</w:t>
      </w:r>
    </w:p>
    <w:p w14:paraId="6AAD0295" w14:textId="27CEBA08"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Identify, recommend and/or implement therapeutic interventions appropriate to individual</w:t>
      </w:r>
      <w:r w:rsidR="38C426BE" w:rsidRPr="00350174">
        <w:rPr>
          <w:rFonts w:ascii="Gill Sans MT" w:hAnsi="Gill Sans MT" w:cs="Arial"/>
          <w:sz w:val="24"/>
          <w:szCs w:val="24"/>
        </w:rPr>
        <w:t xml:space="preserve"> </w:t>
      </w:r>
      <w:r w:rsidRPr="00350174">
        <w:rPr>
          <w:rFonts w:ascii="Gill Sans MT" w:hAnsi="Gill Sans MT" w:cs="Arial"/>
          <w:sz w:val="24"/>
          <w:szCs w:val="24"/>
        </w:rPr>
        <w:t xml:space="preserve">pupil </w:t>
      </w:r>
      <w:r w:rsidR="4E9009BA" w:rsidRPr="00350174">
        <w:rPr>
          <w:rFonts w:ascii="Gill Sans MT" w:hAnsi="Gill Sans MT" w:cs="Arial"/>
          <w:sz w:val="24"/>
          <w:szCs w:val="24"/>
        </w:rPr>
        <w:t xml:space="preserve">hearing </w:t>
      </w:r>
      <w:r w:rsidRPr="00350174">
        <w:rPr>
          <w:rFonts w:ascii="Gill Sans MT" w:hAnsi="Gill Sans MT" w:cs="Arial"/>
          <w:sz w:val="24"/>
          <w:szCs w:val="24"/>
        </w:rPr>
        <w:t xml:space="preserve">needs. </w:t>
      </w:r>
    </w:p>
    <w:p w14:paraId="6205DD57" w14:textId="2BEA6C0E"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 xml:space="preserve">Monitor and </w:t>
      </w:r>
      <w:r w:rsidR="6A3A6B15" w:rsidRPr="00350174">
        <w:rPr>
          <w:rFonts w:ascii="Gill Sans MT" w:hAnsi="Gill Sans MT" w:cs="Arial"/>
          <w:sz w:val="24"/>
          <w:szCs w:val="24"/>
        </w:rPr>
        <w:t xml:space="preserve">regularly </w:t>
      </w:r>
      <w:r w:rsidRPr="00350174">
        <w:rPr>
          <w:rFonts w:ascii="Gill Sans MT" w:hAnsi="Gill Sans MT" w:cs="Arial"/>
          <w:sz w:val="24"/>
          <w:szCs w:val="24"/>
        </w:rPr>
        <w:t xml:space="preserve">check </w:t>
      </w:r>
      <w:r w:rsidR="1A6E3B1D" w:rsidRPr="00350174">
        <w:rPr>
          <w:rFonts w:ascii="Gill Sans MT" w:hAnsi="Gill Sans MT" w:cs="Arial"/>
          <w:sz w:val="24"/>
          <w:szCs w:val="24"/>
        </w:rPr>
        <w:t xml:space="preserve">audiology </w:t>
      </w:r>
      <w:r w:rsidRPr="00350174">
        <w:rPr>
          <w:rFonts w:ascii="Gill Sans MT" w:hAnsi="Gill Sans MT" w:cs="Arial"/>
          <w:sz w:val="24"/>
          <w:szCs w:val="24"/>
        </w:rPr>
        <w:t>equipment to support children and pupils with</w:t>
      </w:r>
      <w:r w:rsidR="670D77B6" w:rsidRPr="00350174">
        <w:rPr>
          <w:rFonts w:ascii="Gill Sans MT" w:hAnsi="Gill Sans MT" w:cs="Arial"/>
          <w:sz w:val="24"/>
          <w:szCs w:val="24"/>
        </w:rPr>
        <w:t xml:space="preserve"> D/deafness or hearing loss</w:t>
      </w:r>
      <w:r w:rsidRPr="00350174">
        <w:rPr>
          <w:rFonts w:ascii="Gill Sans MT" w:hAnsi="Gill Sans MT" w:cs="Arial"/>
          <w:sz w:val="24"/>
          <w:szCs w:val="24"/>
        </w:rPr>
        <w:t xml:space="preserve">. </w:t>
      </w:r>
    </w:p>
    <w:p w14:paraId="5348177A" w14:textId="186602E6"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lastRenderedPageBreak/>
        <w:t>Contribute to statutory assessment</w:t>
      </w:r>
      <w:r w:rsidR="37846615" w:rsidRPr="00350174">
        <w:rPr>
          <w:rFonts w:ascii="Gill Sans MT" w:hAnsi="Gill Sans MT" w:cs="Arial"/>
          <w:sz w:val="24"/>
          <w:szCs w:val="24"/>
        </w:rPr>
        <w:t xml:space="preserve"> with advice that best supports the individual D/deaf child</w:t>
      </w:r>
      <w:r w:rsidRPr="00350174">
        <w:rPr>
          <w:rFonts w:ascii="Gill Sans MT" w:hAnsi="Gill Sans MT" w:cs="Arial"/>
          <w:sz w:val="24"/>
          <w:szCs w:val="24"/>
        </w:rPr>
        <w:t xml:space="preserve">. </w:t>
      </w:r>
    </w:p>
    <w:p w14:paraId="0C0AFA98" w14:textId="5FEA08AC"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 xml:space="preserve">Contribute to multi-disciplinary </w:t>
      </w:r>
      <w:r w:rsidR="3FBD6570" w:rsidRPr="00350174">
        <w:rPr>
          <w:rFonts w:ascii="Gill Sans MT" w:hAnsi="Gill Sans MT" w:cs="Arial"/>
          <w:sz w:val="24"/>
          <w:szCs w:val="24"/>
        </w:rPr>
        <w:t>meetings</w:t>
      </w:r>
      <w:r w:rsidR="3131E9EC" w:rsidRPr="00350174">
        <w:rPr>
          <w:rFonts w:ascii="Gill Sans MT" w:hAnsi="Gill Sans MT" w:cs="Arial"/>
          <w:sz w:val="24"/>
          <w:szCs w:val="24"/>
        </w:rPr>
        <w:t xml:space="preserve"> with recommendations and </w:t>
      </w:r>
      <w:r w:rsidR="06FB9113" w:rsidRPr="00350174">
        <w:rPr>
          <w:rFonts w:ascii="Gill Sans MT" w:hAnsi="Gill Sans MT" w:cs="Arial"/>
          <w:sz w:val="24"/>
          <w:szCs w:val="24"/>
        </w:rPr>
        <w:t>ne</w:t>
      </w:r>
      <w:r w:rsidR="051B1093" w:rsidRPr="00350174">
        <w:rPr>
          <w:rFonts w:ascii="Gill Sans MT" w:hAnsi="Gill Sans MT" w:cs="Arial"/>
          <w:sz w:val="24"/>
          <w:szCs w:val="24"/>
        </w:rPr>
        <w:t>x</w:t>
      </w:r>
      <w:r w:rsidR="06FB9113" w:rsidRPr="00350174">
        <w:rPr>
          <w:rFonts w:ascii="Gill Sans MT" w:hAnsi="Gill Sans MT" w:cs="Arial"/>
          <w:sz w:val="24"/>
          <w:szCs w:val="24"/>
        </w:rPr>
        <w:t xml:space="preserve">t step </w:t>
      </w:r>
      <w:r w:rsidR="3131E9EC" w:rsidRPr="00350174">
        <w:rPr>
          <w:rFonts w:ascii="Gill Sans MT" w:hAnsi="Gill Sans MT" w:cs="Arial"/>
          <w:sz w:val="24"/>
          <w:szCs w:val="24"/>
        </w:rPr>
        <w:t>targets</w:t>
      </w:r>
      <w:r w:rsidR="5B22C622" w:rsidRPr="00350174">
        <w:rPr>
          <w:rFonts w:ascii="Gill Sans MT" w:hAnsi="Gill Sans MT" w:cs="Arial"/>
          <w:sz w:val="24"/>
          <w:szCs w:val="24"/>
        </w:rPr>
        <w:t>,</w:t>
      </w:r>
      <w:r w:rsidR="3131E9EC" w:rsidRPr="00350174">
        <w:rPr>
          <w:rFonts w:ascii="Gill Sans MT" w:hAnsi="Gill Sans MT" w:cs="Arial"/>
          <w:sz w:val="24"/>
          <w:szCs w:val="24"/>
        </w:rPr>
        <w:t xml:space="preserve"> based on</w:t>
      </w:r>
      <w:r w:rsidR="02C4A0EB" w:rsidRPr="00350174">
        <w:rPr>
          <w:rFonts w:ascii="Gill Sans MT" w:hAnsi="Gill Sans MT" w:cs="Arial"/>
          <w:sz w:val="24"/>
          <w:szCs w:val="24"/>
        </w:rPr>
        <w:t xml:space="preserve"> your</w:t>
      </w:r>
      <w:r w:rsidR="3131E9EC" w:rsidRPr="00350174">
        <w:rPr>
          <w:rFonts w:ascii="Gill Sans MT" w:hAnsi="Gill Sans MT" w:cs="Arial"/>
          <w:sz w:val="24"/>
          <w:szCs w:val="24"/>
        </w:rPr>
        <w:t xml:space="preserve"> knowledge </w:t>
      </w:r>
      <w:r w:rsidR="289FC0BE" w:rsidRPr="00350174">
        <w:rPr>
          <w:rFonts w:ascii="Gill Sans MT" w:hAnsi="Gill Sans MT" w:cs="Arial"/>
          <w:sz w:val="24"/>
          <w:szCs w:val="24"/>
        </w:rPr>
        <w:t xml:space="preserve">and assessments </w:t>
      </w:r>
      <w:r w:rsidR="3131E9EC" w:rsidRPr="00350174">
        <w:rPr>
          <w:rFonts w:ascii="Gill Sans MT" w:hAnsi="Gill Sans MT" w:cs="Arial"/>
          <w:sz w:val="24"/>
          <w:szCs w:val="24"/>
        </w:rPr>
        <w:t>of th</w:t>
      </w:r>
      <w:r w:rsidR="2FE5C54F" w:rsidRPr="00350174">
        <w:rPr>
          <w:rFonts w:ascii="Gill Sans MT" w:hAnsi="Gill Sans MT" w:cs="Arial"/>
          <w:sz w:val="24"/>
          <w:szCs w:val="24"/>
        </w:rPr>
        <w:t>at</w:t>
      </w:r>
      <w:r w:rsidR="3131E9EC" w:rsidRPr="00350174">
        <w:rPr>
          <w:rFonts w:ascii="Gill Sans MT" w:hAnsi="Gill Sans MT" w:cs="Arial"/>
          <w:sz w:val="24"/>
          <w:szCs w:val="24"/>
        </w:rPr>
        <w:t xml:space="preserve"> individual </w:t>
      </w:r>
      <w:r w:rsidR="6983D371" w:rsidRPr="00350174">
        <w:rPr>
          <w:rFonts w:ascii="Gill Sans MT" w:hAnsi="Gill Sans MT" w:cs="Arial"/>
          <w:sz w:val="24"/>
          <w:szCs w:val="24"/>
        </w:rPr>
        <w:t>D/</w:t>
      </w:r>
      <w:r w:rsidR="3131E9EC" w:rsidRPr="00350174">
        <w:rPr>
          <w:rFonts w:ascii="Gill Sans MT" w:hAnsi="Gill Sans MT" w:cs="Arial"/>
          <w:sz w:val="24"/>
          <w:szCs w:val="24"/>
        </w:rPr>
        <w:t xml:space="preserve">deaf child </w:t>
      </w:r>
      <w:r w:rsidR="3FBD6570" w:rsidRPr="00350174">
        <w:rPr>
          <w:rFonts w:ascii="Gill Sans MT" w:hAnsi="Gill Sans MT" w:cs="Arial"/>
          <w:sz w:val="24"/>
          <w:szCs w:val="24"/>
        </w:rPr>
        <w:t xml:space="preserve"> </w:t>
      </w:r>
    </w:p>
    <w:p w14:paraId="266738F1" w14:textId="079955A6"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 xml:space="preserve"> Where agreed, undertake work with individual pupils, in schools in conjunction with other professionals. </w:t>
      </w:r>
    </w:p>
    <w:p w14:paraId="16DA4E46" w14:textId="4C6D5858"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 xml:space="preserve">Offer support </w:t>
      </w:r>
      <w:r w:rsidR="46793E00" w:rsidRPr="00350174">
        <w:rPr>
          <w:rFonts w:ascii="Gill Sans MT" w:hAnsi="Gill Sans MT" w:cs="Arial"/>
          <w:sz w:val="24"/>
          <w:szCs w:val="24"/>
        </w:rPr>
        <w:t xml:space="preserve">and advice </w:t>
      </w:r>
      <w:r w:rsidRPr="00350174">
        <w:rPr>
          <w:rFonts w:ascii="Gill Sans MT" w:hAnsi="Gill Sans MT" w:cs="Arial"/>
          <w:sz w:val="24"/>
          <w:szCs w:val="24"/>
        </w:rPr>
        <w:t>for phase transition</w:t>
      </w:r>
      <w:r w:rsidR="5625F7EB" w:rsidRPr="00350174">
        <w:rPr>
          <w:rFonts w:ascii="Gill Sans MT" w:hAnsi="Gill Sans MT" w:cs="Arial"/>
          <w:sz w:val="24"/>
          <w:szCs w:val="24"/>
        </w:rPr>
        <w:t>s</w:t>
      </w:r>
      <w:r w:rsidRPr="00350174">
        <w:rPr>
          <w:rFonts w:ascii="Gill Sans MT" w:hAnsi="Gill Sans MT" w:cs="Arial"/>
          <w:sz w:val="24"/>
          <w:szCs w:val="24"/>
        </w:rPr>
        <w:t xml:space="preserve"> and for annual review</w:t>
      </w:r>
      <w:r w:rsidR="78558BA0" w:rsidRPr="00350174">
        <w:rPr>
          <w:rFonts w:ascii="Gill Sans MT" w:hAnsi="Gill Sans MT" w:cs="Arial"/>
          <w:sz w:val="24"/>
          <w:szCs w:val="24"/>
        </w:rPr>
        <w:t xml:space="preserve"> meetings</w:t>
      </w:r>
      <w:r w:rsidRPr="00350174">
        <w:rPr>
          <w:rFonts w:ascii="Gill Sans MT" w:hAnsi="Gill Sans MT" w:cs="Arial"/>
          <w:sz w:val="24"/>
          <w:szCs w:val="24"/>
        </w:rPr>
        <w:t xml:space="preserve">. </w:t>
      </w:r>
    </w:p>
    <w:p w14:paraId="1F2A95BE" w14:textId="10E6BB33"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Contribute to the efficiency and effectiveness of the service by assisting in specific areas of Service developments</w:t>
      </w:r>
      <w:r w:rsidR="21B2950B" w:rsidRPr="00350174">
        <w:rPr>
          <w:rFonts w:ascii="Gill Sans MT" w:hAnsi="Gill Sans MT" w:cs="Arial"/>
          <w:sz w:val="24"/>
          <w:szCs w:val="24"/>
        </w:rPr>
        <w:t>,</w:t>
      </w:r>
      <w:r w:rsidRPr="00350174">
        <w:rPr>
          <w:rFonts w:ascii="Gill Sans MT" w:hAnsi="Gill Sans MT" w:cs="Arial"/>
          <w:sz w:val="24"/>
          <w:szCs w:val="24"/>
        </w:rPr>
        <w:t xml:space="preserve"> representing the Service at key forum</w:t>
      </w:r>
      <w:r w:rsidR="05FA71EC" w:rsidRPr="00350174">
        <w:rPr>
          <w:rFonts w:ascii="Gill Sans MT" w:hAnsi="Gill Sans MT" w:cs="Arial"/>
          <w:sz w:val="24"/>
          <w:szCs w:val="24"/>
        </w:rPr>
        <w:t>s</w:t>
      </w:r>
      <w:r w:rsidR="2E9042F3" w:rsidRPr="00350174">
        <w:rPr>
          <w:rFonts w:ascii="Gill Sans MT" w:hAnsi="Gill Sans MT" w:cs="Arial"/>
          <w:sz w:val="24"/>
          <w:szCs w:val="24"/>
        </w:rPr>
        <w:t>,</w:t>
      </w:r>
      <w:r w:rsidRPr="00350174">
        <w:rPr>
          <w:rFonts w:ascii="Gill Sans MT" w:hAnsi="Gill Sans MT" w:cs="Arial"/>
          <w:sz w:val="24"/>
          <w:szCs w:val="24"/>
        </w:rPr>
        <w:t xml:space="preserve"> disseminating information to colleagues and undertaking individual and collaborative work </w:t>
      </w:r>
      <w:r w:rsidR="592743A7" w:rsidRPr="00350174">
        <w:rPr>
          <w:rFonts w:ascii="Gill Sans MT" w:hAnsi="Gill Sans MT" w:cs="Arial"/>
          <w:sz w:val="24"/>
          <w:szCs w:val="24"/>
        </w:rPr>
        <w:t xml:space="preserve">with other professionals </w:t>
      </w:r>
      <w:r w:rsidRPr="00350174">
        <w:rPr>
          <w:rFonts w:ascii="Gill Sans MT" w:hAnsi="Gill Sans MT" w:cs="Arial"/>
          <w:sz w:val="24"/>
          <w:szCs w:val="24"/>
        </w:rPr>
        <w:t xml:space="preserve">when required. </w:t>
      </w:r>
    </w:p>
    <w:p w14:paraId="64171A78" w14:textId="7749EA7E"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 xml:space="preserve">Provide reports and assist in the collection and interpretation of data in order to meet legislative and strategic requirements and to provide guidance for Service development. </w:t>
      </w:r>
    </w:p>
    <w:p w14:paraId="6EEE2F23" w14:textId="4D561070"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 xml:space="preserve"> To maintain accurate records of work undertaken, making full and confident use of information technology such as email and online filing systems and the pupil database in line with GDPR requirements. </w:t>
      </w:r>
    </w:p>
    <w:p w14:paraId="77D94F5F" w14:textId="7EA68BF2"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 xml:space="preserve">Monitor pupil progress and evaluate </w:t>
      </w:r>
      <w:r w:rsidR="2A495FFB" w:rsidRPr="00350174">
        <w:rPr>
          <w:rFonts w:ascii="Gill Sans MT" w:hAnsi="Gill Sans MT" w:cs="Arial"/>
          <w:sz w:val="24"/>
          <w:szCs w:val="24"/>
        </w:rPr>
        <w:t>support</w:t>
      </w:r>
      <w:r w:rsidRPr="00350174">
        <w:rPr>
          <w:rFonts w:ascii="Gill Sans MT" w:hAnsi="Gill Sans MT" w:cs="Arial"/>
          <w:sz w:val="24"/>
          <w:szCs w:val="24"/>
        </w:rPr>
        <w:t xml:space="preserve"> effectiveness</w:t>
      </w:r>
      <w:r w:rsidR="44E626FD" w:rsidRPr="00350174">
        <w:rPr>
          <w:rFonts w:ascii="Gill Sans MT" w:hAnsi="Gill Sans MT" w:cs="Arial"/>
          <w:sz w:val="24"/>
          <w:szCs w:val="24"/>
        </w:rPr>
        <w:t xml:space="preserve"> regularly and feed these evaluations into your practice</w:t>
      </w:r>
      <w:r w:rsidRPr="00350174">
        <w:rPr>
          <w:rFonts w:ascii="Gill Sans MT" w:hAnsi="Gill Sans MT" w:cs="Arial"/>
          <w:sz w:val="24"/>
          <w:szCs w:val="24"/>
        </w:rPr>
        <w:t xml:space="preserve">. </w:t>
      </w:r>
    </w:p>
    <w:p w14:paraId="23F1C599" w14:textId="674AAA5F"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 xml:space="preserve"> Work as an integral member of a team including participating in Service level agreement and liaise with members of other Services to achieve the key objectives of the Specialist Teaching Services. </w:t>
      </w:r>
    </w:p>
    <w:p w14:paraId="3F951E51" w14:textId="7DB75DBA" w:rsidR="377BDBCE" w:rsidRPr="00350174" w:rsidRDefault="08842EB4" w:rsidP="23CD9C1E">
      <w:pPr>
        <w:pStyle w:val="ListBullet"/>
        <w:rPr>
          <w:rFonts w:ascii="Gill Sans MT" w:hAnsi="Gill Sans MT" w:cs="Arial"/>
          <w:sz w:val="24"/>
          <w:szCs w:val="24"/>
        </w:rPr>
      </w:pPr>
      <w:r w:rsidRPr="00350174">
        <w:rPr>
          <w:rFonts w:ascii="Gill Sans MT" w:hAnsi="Gill Sans MT" w:cs="Arial"/>
          <w:sz w:val="24"/>
          <w:szCs w:val="24"/>
        </w:rPr>
        <w:t xml:space="preserve">Develop and maintain the full range of: professional knowledge, including relevant legislation, local and national council policy; skills and experience to satisfy the requirements of the post. </w:t>
      </w:r>
    </w:p>
    <w:p w14:paraId="728BB1F6" w14:textId="0C2C4842" w:rsidR="7F5811F4" w:rsidRPr="00350174" w:rsidRDefault="4C68C88E" w:rsidP="23CD9C1E">
      <w:pPr>
        <w:pStyle w:val="ListBullet"/>
        <w:rPr>
          <w:rFonts w:ascii="Gill Sans MT" w:hAnsi="Gill Sans MT" w:cs="Arial"/>
          <w:sz w:val="24"/>
          <w:szCs w:val="24"/>
        </w:rPr>
      </w:pPr>
      <w:r w:rsidRPr="00350174">
        <w:rPr>
          <w:rFonts w:ascii="Gill Sans MT" w:hAnsi="Gill Sans MT" w:cs="Arial"/>
          <w:sz w:val="24"/>
          <w:szCs w:val="24"/>
        </w:rPr>
        <w:t xml:space="preserve">Support other colleagues within the Early Intervention </w:t>
      </w:r>
      <w:r w:rsidR="004912E8" w:rsidRPr="00350174">
        <w:rPr>
          <w:rFonts w:ascii="Gill Sans MT" w:hAnsi="Gill Sans MT" w:cs="Arial"/>
          <w:sz w:val="24"/>
          <w:szCs w:val="24"/>
        </w:rPr>
        <w:t>S</w:t>
      </w:r>
      <w:r w:rsidRPr="00350174">
        <w:rPr>
          <w:rFonts w:ascii="Gill Sans MT" w:hAnsi="Gill Sans MT" w:cs="Arial"/>
          <w:sz w:val="24"/>
          <w:szCs w:val="24"/>
        </w:rPr>
        <w:t xml:space="preserve">pecialist </w:t>
      </w:r>
      <w:r w:rsidR="004912E8" w:rsidRPr="00350174">
        <w:rPr>
          <w:rFonts w:ascii="Gill Sans MT" w:hAnsi="Gill Sans MT" w:cs="Arial"/>
          <w:sz w:val="24"/>
          <w:szCs w:val="24"/>
        </w:rPr>
        <w:t>A</w:t>
      </w:r>
      <w:r w:rsidRPr="00350174">
        <w:rPr>
          <w:rFonts w:ascii="Gill Sans MT" w:hAnsi="Gill Sans MT" w:cs="Arial"/>
          <w:sz w:val="24"/>
          <w:szCs w:val="24"/>
        </w:rPr>
        <w:t xml:space="preserve">dvice </w:t>
      </w:r>
      <w:r w:rsidR="004912E8" w:rsidRPr="00350174">
        <w:rPr>
          <w:rFonts w:ascii="Gill Sans MT" w:hAnsi="Gill Sans MT" w:cs="Arial"/>
          <w:sz w:val="24"/>
          <w:szCs w:val="24"/>
        </w:rPr>
        <w:t>S</w:t>
      </w:r>
      <w:r w:rsidRPr="00350174">
        <w:rPr>
          <w:rFonts w:ascii="Gill Sans MT" w:hAnsi="Gill Sans MT" w:cs="Arial"/>
          <w:sz w:val="24"/>
          <w:szCs w:val="24"/>
        </w:rPr>
        <w:t xml:space="preserve">ervice with advice on D/deafness and hearing loss. </w:t>
      </w:r>
    </w:p>
    <w:p w14:paraId="3055300B" w14:textId="77777777" w:rsidR="00CD36C9" w:rsidRPr="00350174" w:rsidRDefault="00CD36C9" w:rsidP="00CD36C9">
      <w:pPr>
        <w:pStyle w:val="ListBullet"/>
        <w:numPr>
          <w:ilvl w:val="0"/>
          <w:numId w:val="0"/>
        </w:numPr>
        <w:rPr>
          <w:rFonts w:ascii="Gill Sans MT" w:hAnsi="Gill Sans MT" w:cs="Arial"/>
          <w:sz w:val="24"/>
          <w:szCs w:val="24"/>
        </w:rPr>
      </w:pPr>
    </w:p>
    <w:p w14:paraId="76B0F5EF" w14:textId="0F7255E0" w:rsidR="377BDBCE" w:rsidRPr="00350174" w:rsidRDefault="08842EB4" w:rsidP="00CD36C9">
      <w:pPr>
        <w:pStyle w:val="ListBullet"/>
        <w:numPr>
          <w:ilvl w:val="0"/>
          <w:numId w:val="0"/>
        </w:numPr>
        <w:rPr>
          <w:rFonts w:ascii="Gill Sans MT" w:hAnsi="Gill Sans MT" w:cs="Arial"/>
          <w:sz w:val="24"/>
          <w:szCs w:val="24"/>
        </w:rPr>
      </w:pPr>
      <w:r w:rsidRPr="00350174">
        <w:rPr>
          <w:rFonts w:ascii="Gill Sans MT" w:hAnsi="Gill Sans MT" w:cs="Arial"/>
          <w:sz w:val="24"/>
          <w:szCs w:val="24"/>
        </w:rPr>
        <w:t xml:space="preserve">All staff working in the department have a responsibility for promoting and supporting the Council's policies and procedures for safeguarding. You should ensure that you carry out your duties and work at all times in a </w:t>
      </w:r>
      <w:r w:rsidR="242F1E94" w:rsidRPr="00350174">
        <w:rPr>
          <w:rFonts w:ascii="Gill Sans MT" w:hAnsi="Gill Sans MT" w:cs="Arial"/>
          <w:sz w:val="24"/>
          <w:szCs w:val="24"/>
        </w:rPr>
        <w:t xml:space="preserve">professional </w:t>
      </w:r>
      <w:r w:rsidRPr="00350174">
        <w:rPr>
          <w:rFonts w:ascii="Gill Sans MT" w:hAnsi="Gill Sans MT" w:cs="Arial"/>
          <w:sz w:val="24"/>
          <w:szCs w:val="24"/>
        </w:rPr>
        <w:t xml:space="preserve">way that ensures the safeguarding and welfare of </w:t>
      </w:r>
      <w:r w:rsidR="1B35AECB" w:rsidRPr="00350174">
        <w:rPr>
          <w:rFonts w:ascii="Gill Sans MT" w:hAnsi="Gill Sans MT" w:cs="Arial"/>
          <w:sz w:val="24"/>
          <w:szCs w:val="24"/>
        </w:rPr>
        <w:t xml:space="preserve">all </w:t>
      </w:r>
      <w:r w:rsidRPr="00350174">
        <w:rPr>
          <w:rFonts w:ascii="Gill Sans MT" w:hAnsi="Gill Sans MT" w:cs="Arial"/>
          <w:sz w:val="24"/>
          <w:szCs w:val="24"/>
        </w:rPr>
        <w:t>service users.</w:t>
      </w:r>
    </w:p>
    <w:p w14:paraId="3C3B9FE4" w14:textId="6451651B" w:rsidR="7336B7C2" w:rsidRDefault="7336B7C2" w:rsidP="7336B7C2">
      <w:pPr>
        <w:pStyle w:val="ListBullet"/>
        <w:numPr>
          <w:ilvl w:val="0"/>
          <w:numId w:val="0"/>
        </w:numPr>
        <w:rPr>
          <w:rFonts w:ascii="Arial" w:hAnsi="Arial" w:cs="Arial"/>
          <w:sz w:val="24"/>
          <w:szCs w:val="24"/>
        </w:rPr>
      </w:pPr>
    </w:p>
    <w:p w14:paraId="0DCB9676" w14:textId="49258F39" w:rsidR="7336B7C2" w:rsidRDefault="7336B7C2" w:rsidP="7336B7C2">
      <w:pPr>
        <w:pStyle w:val="ListBullet"/>
        <w:numPr>
          <w:ilvl w:val="0"/>
          <w:numId w:val="0"/>
        </w:numPr>
        <w:rPr>
          <w:rFonts w:ascii="Arial" w:hAnsi="Arial" w:cs="Arial"/>
          <w:sz w:val="24"/>
          <w:szCs w:val="24"/>
        </w:rPr>
      </w:pPr>
    </w:p>
    <w:p w14:paraId="5832EBF7" w14:textId="4C2749C5" w:rsidR="7336B7C2" w:rsidRDefault="7336B7C2" w:rsidP="7336B7C2">
      <w:pPr>
        <w:pStyle w:val="ListBullet"/>
        <w:numPr>
          <w:ilvl w:val="0"/>
          <w:numId w:val="0"/>
        </w:numPr>
        <w:rPr>
          <w:rFonts w:ascii="Arial" w:hAnsi="Arial" w:cs="Arial"/>
          <w:sz w:val="24"/>
          <w:szCs w:val="24"/>
        </w:rPr>
      </w:pPr>
    </w:p>
    <w:p w14:paraId="36319860" w14:textId="77777777" w:rsidR="00420E18" w:rsidRDefault="00420E18" w:rsidP="00466A14">
      <w:pPr>
        <w:keepNext/>
        <w:spacing w:after="120" w:line="240" w:lineRule="auto"/>
        <w:ind w:left="540" w:hanging="966"/>
        <w:outlineLvl w:val="8"/>
        <w:rPr>
          <w:rFonts w:ascii="Gill Sans MT" w:eastAsia="Times New Roman" w:hAnsi="Gill Sans MT" w:cs="Arial"/>
          <w:b/>
          <w:bCs/>
          <w:sz w:val="28"/>
          <w:szCs w:val="28"/>
          <w:lang w:val="en-GB"/>
        </w:rPr>
      </w:pPr>
    </w:p>
    <w:p w14:paraId="3C5C057F" w14:textId="16F4536F" w:rsidR="00466A14" w:rsidRPr="00466A14" w:rsidRDefault="00466A14" w:rsidP="00466A14">
      <w:pPr>
        <w:keepNext/>
        <w:spacing w:after="120" w:line="240" w:lineRule="auto"/>
        <w:ind w:left="540" w:hanging="966"/>
        <w:outlineLvl w:val="8"/>
        <w:rPr>
          <w:rFonts w:ascii="Gill Sans MT" w:eastAsia="Times New Roman" w:hAnsi="Gill Sans MT" w:cs="Arial"/>
          <w:b/>
          <w:bCs/>
          <w:sz w:val="28"/>
          <w:szCs w:val="28"/>
          <w:lang w:val="en-GB"/>
        </w:rPr>
      </w:pPr>
      <w:r w:rsidRPr="00466A14">
        <w:rPr>
          <w:rFonts w:ascii="Gill Sans MT" w:eastAsia="Times New Roman" w:hAnsi="Gill Sans MT" w:cs="Arial"/>
          <w:b/>
          <w:bCs/>
          <w:sz w:val="28"/>
          <w:szCs w:val="28"/>
          <w:lang w:val="en-GB"/>
        </w:rPr>
        <w:t>Person Specification</w:t>
      </w:r>
    </w:p>
    <w:p w14:paraId="314BAC9C" w14:textId="77777777" w:rsidR="00466A14" w:rsidRPr="00466A14" w:rsidRDefault="00466A14" w:rsidP="00466A14">
      <w:pPr>
        <w:keepNext/>
        <w:spacing w:after="0" w:line="240" w:lineRule="auto"/>
        <w:jc w:val="both"/>
        <w:outlineLvl w:val="8"/>
        <w:rPr>
          <w:rFonts w:ascii="Gill Sans MT" w:eastAsia="Times New Roman" w:hAnsi="Gill Sans MT" w:cs="Arial"/>
          <w:sz w:val="24"/>
          <w:szCs w:val="24"/>
          <w:lang w:val="en-GB"/>
        </w:rPr>
      </w:pPr>
    </w:p>
    <w:p w14:paraId="3F299D7C" w14:textId="77777777" w:rsidR="00466A14" w:rsidRPr="00466A14" w:rsidRDefault="00466A14" w:rsidP="00466A14">
      <w:pPr>
        <w:keepNext/>
        <w:spacing w:after="0" w:line="240" w:lineRule="auto"/>
        <w:jc w:val="both"/>
        <w:outlineLvl w:val="8"/>
        <w:rPr>
          <w:rFonts w:ascii="Gill Sans MT" w:eastAsia="Times New Roman" w:hAnsi="Gill Sans MT" w:cs="Arial"/>
          <w:sz w:val="24"/>
          <w:szCs w:val="24"/>
          <w:lang w:val="en-GB"/>
        </w:rPr>
      </w:pPr>
    </w:p>
    <w:p w14:paraId="3A8B7C75" w14:textId="77777777" w:rsidR="00466A14" w:rsidRPr="00466A14" w:rsidRDefault="00466A14" w:rsidP="00466A14">
      <w:pPr>
        <w:spacing w:after="120" w:line="360" w:lineRule="auto"/>
        <w:ind w:left="-426"/>
        <w:rPr>
          <w:rFonts w:ascii="Gill Sans MT" w:eastAsia="Times New Roman" w:hAnsi="Gill Sans MT" w:cs="Times New Roman"/>
          <w:b/>
          <w:bCs/>
          <w:sz w:val="24"/>
          <w:szCs w:val="24"/>
          <w:lang w:val="en-GB"/>
        </w:rPr>
      </w:pPr>
      <w:r w:rsidRPr="00466A14">
        <w:rPr>
          <w:rFonts w:ascii="Gill Sans MT" w:eastAsia="Times New Roman" w:hAnsi="Gill Sans MT" w:cs="Times New Roman"/>
          <w:b/>
          <w:bCs/>
          <w:sz w:val="24"/>
          <w:szCs w:val="24"/>
          <w:lang w:val="en-GB"/>
        </w:rPr>
        <w:t>Management Grouping:</w:t>
      </w:r>
      <w:r w:rsidRPr="00466A14">
        <w:rPr>
          <w:rFonts w:ascii="Gill Sans MT" w:eastAsia="Times New Roman" w:hAnsi="Gill Sans MT" w:cs="Times New Roman"/>
          <w:b/>
          <w:bCs/>
          <w:sz w:val="24"/>
          <w:szCs w:val="24"/>
          <w:lang w:val="en-GB"/>
        </w:rPr>
        <w:tab/>
        <w:t>Children’s Services</w:t>
      </w:r>
    </w:p>
    <w:p w14:paraId="14326940" w14:textId="77777777" w:rsidR="00466A14" w:rsidRPr="00466A14" w:rsidRDefault="00466A14" w:rsidP="00466A14">
      <w:pPr>
        <w:spacing w:after="120" w:line="360" w:lineRule="auto"/>
        <w:ind w:left="-426"/>
        <w:rPr>
          <w:rFonts w:ascii="Gill Sans MT" w:eastAsia="Times New Roman" w:hAnsi="Gill Sans MT" w:cs="Times New Roman"/>
          <w:b/>
          <w:bCs/>
          <w:sz w:val="24"/>
          <w:szCs w:val="24"/>
          <w:lang w:val="en-GB"/>
        </w:rPr>
      </w:pPr>
      <w:r w:rsidRPr="00466A14">
        <w:rPr>
          <w:rFonts w:ascii="Gill Sans MT" w:eastAsia="Times New Roman" w:hAnsi="Gill Sans MT" w:cs="Times New Roman"/>
          <w:b/>
          <w:bCs/>
          <w:sz w:val="24"/>
          <w:szCs w:val="24"/>
          <w:lang w:val="en-GB"/>
        </w:rPr>
        <w:t xml:space="preserve">Department: </w:t>
      </w:r>
      <w:r w:rsidRPr="00466A14">
        <w:rPr>
          <w:rFonts w:ascii="Gill Sans MT" w:eastAsia="Times New Roman" w:hAnsi="Gill Sans MT" w:cs="Times New Roman"/>
          <w:b/>
          <w:bCs/>
          <w:sz w:val="24"/>
          <w:szCs w:val="24"/>
          <w:lang w:val="en-GB"/>
        </w:rPr>
        <w:tab/>
      </w:r>
      <w:r w:rsidRPr="00466A14">
        <w:rPr>
          <w:rFonts w:ascii="Gill Sans MT" w:eastAsia="Times New Roman" w:hAnsi="Gill Sans MT" w:cs="Times New Roman"/>
          <w:b/>
          <w:bCs/>
          <w:sz w:val="24"/>
          <w:szCs w:val="24"/>
          <w:lang w:val="en-GB"/>
        </w:rPr>
        <w:tab/>
      </w:r>
      <w:r w:rsidRPr="00466A14">
        <w:rPr>
          <w:rFonts w:ascii="Gill Sans MT" w:eastAsia="Times New Roman" w:hAnsi="Gill Sans MT" w:cs="Times New Roman"/>
          <w:b/>
          <w:bCs/>
          <w:sz w:val="24"/>
          <w:szCs w:val="24"/>
          <w:lang w:val="en-GB"/>
        </w:rPr>
        <w:tab/>
        <w:t>Early Intervention &amp; Specialist Advice Service</w:t>
      </w:r>
    </w:p>
    <w:p w14:paraId="6CFC806F" w14:textId="1A80EFE7" w:rsidR="00466A14" w:rsidRPr="00466A14" w:rsidRDefault="00466A14" w:rsidP="00466A14">
      <w:pPr>
        <w:spacing w:after="120" w:line="360" w:lineRule="auto"/>
        <w:ind w:left="-426"/>
        <w:rPr>
          <w:rFonts w:ascii="Gill Sans MT" w:eastAsia="Times New Roman" w:hAnsi="Gill Sans MT" w:cs="Arial"/>
          <w:b/>
          <w:sz w:val="24"/>
          <w:szCs w:val="24"/>
          <w:lang w:val="en-GB"/>
        </w:rPr>
      </w:pPr>
      <w:r w:rsidRPr="00466A14">
        <w:rPr>
          <w:rFonts w:ascii="Gill Sans MT" w:eastAsia="Times New Roman" w:hAnsi="Gill Sans MT" w:cs="Arial"/>
          <w:b/>
          <w:bCs/>
          <w:sz w:val="24"/>
          <w:szCs w:val="24"/>
          <w:lang w:val="en-GB"/>
        </w:rPr>
        <w:t>Job title:</w:t>
      </w:r>
      <w:r w:rsidRPr="00466A14">
        <w:rPr>
          <w:rFonts w:ascii="Gill Sans MT" w:eastAsia="Times New Roman" w:hAnsi="Gill Sans MT" w:cs="Arial"/>
          <w:b/>
          <w:bCs/>
          <w:sz w:val="24"/>
          <w:szCs w:val="24"/>
          <w:lang w:val="en-GB"/>
        </w:rPr>
        <w:tab/>
      </w:r>
      <w:r w:rsidRPr="00466A14">
        <w:rPr>
          <w:rFonts w:ascii="Gill Sans MT" w:eastAsia="Times New Roman" w:hAnsi="Gill Sans MT" w:cs="Arial"/>
          <w:b/>
          <w:bCs/>
          <w:sz w:val="24"/>
          <w:szCs w:val="24"/>
          <w:lang w:val="en-GB"/>
        </w:rPr>
        <w:tab/>
      </w:r>
      <w:r w:rsidRPr="00466A14">
        <w:rPr>
          <w:rFonts w:ascii="Gill Sans MT" w:eastAsia="Times New Roman" w:hAnsi="Gill Sans MT" w:cs="Arial"/>
          <w:b/>
          <w:bCs/>
          <w:sz w:val="24"/>
          <w:szCs w:val="24"/>
          <w:lang w:val="en-GB"/>
        </w:rPr>
        <w:tab/>
      </w:r>
      <w:r w:rsidRPr="00466A14">
        <w:rPr>
          <w:rFonts w:ascii="Gill Sans MT" w:eastAsia="Times New Roman" w:hAnsi="Gill Sans MT" w:cs="Arial"/>
          <w:b/>
          <w:bCs/>
          <w:sz w:val="24"/>
          <w:szCs w:val="24"/>
          <w:lang w:val="en-GB"/>
        </w:rPr>
        <w:tab/>
      </w:r>
      <w:r>
        <w:rPr>
          <w:rFonts w:ascii="Gill Sans MT" w:eastAsia="Times New Roman" w:hAnsi="Gill Sans MT" w:cs="Arial"/>
          <w:b/>
          <w:bCs/>
          <w:sz w:val="24"/>
          <w:szCs w:val="24"/>
          <w:lang w:val="en-GB"/>
        </w:rPr>
        <w:t>Quali</w:t>
      </w:r>
      <w:r w:rsidR="00853E94">
        <w:rPr>
          <w:rFonts w:ascii="Gill Sans MT" w:eastAsia="Times New Roman" w:hAnsi="Gill Sans MT" w:cs="Arial"/>
          <w:b/>
          <w:bCs/>
          <w:sz w:val="24"/>
          <w:szCs w:val="24"/>
          <w:lang w:val="en-GB"/>
        </w:rPr>
        <w:t>fied Teacher of the Deaf (QToD)</w:t>
      </w:r>
    </w:p>
    <w:p w14:paraId="2DD80767" w14:textId="77777777" w:rsidR="00466A14" w:rsidRPr="00466A14" w:rsidRDefault="00466A14" w:rsidP="00466A14">
      <w:pPr>
        <w:spacing w:after="0" w:line="240" w:lineRule="auto"/>
        <w:ind w:left="1985"/>
        <w:jc w:val="both"/>
        <w:rPr>
          <w:rFonts w:ascii="Gill Sans MT" w:eastAsia="Times New Roman" w:hAnsi="Gill Sans MT" w:cs="Arial"/>
          <w:sz w:val="24"/>
          <w:szCs w:val="24"/>
          <w:lang w:val="en-GB"/>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2"/>
        <w:gridCol w:w="2019"/>
        <w:gridCol w:w="1701"/>
      </w:tblGrid>
      <w:tr w:rsidR="00466A14" w:rsidRPr="00466A14" w14:paraId="032DA26D" w14:textId="77777777" w:rsidTr="00650C0C">
        <w:trPr>
          <w:trHeight w:val="225"/>
        </w:trPr>
        <w:tc>
          <w:tcPr>
            <w:tcW w:w="6912" w:type="dxa"/>
          </w:tcPr>
          <w:p w14:paraId="53A0D59B"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SELECTION CRITERIA</w:t>
            </w:r>
          </w:p>
        </w:tc>
        <w:tc>
          <w:tcPr>
            <w:tcW w:w="2019" w:type="dxa"/>
          </w:tcPr>
          <w:p w14:paraId="5C2F7752"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Essential/</w:t>
            </w:r>
          </w:p>
          <w:p w14:paraId="240160BA"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Desirable (E/D)</w:t>
            </w:r>
          </w:p>
        </w:tc>
        <w:tc>
          <w:tcPr>
            <w:tcW w:w="1701" w:type="dxa"/>
          </w:tcPr>
          <w:p w14:paraId="63E8948A" w14:textId="77777777" w:rsidR="00466A14" w:rsidRPr="00466A14" w:rsidRDefault="00466A14" w:rsidP="00466A14">
            <w:pPr>
              <w:spacing w:after="0" w:line="240" w:lineRule="auto"/>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Method of Assesment</w:t>
            </w:r>
          </w:p>
          <w:p w14:paraId="6C974B38" w14:textId="77777777" w:rsidR="00466A14" w:rsidRPr="00466A14" w:rsidRDefault="00466A14" w:rsidP="00466A14">
            <w:pPr>
              <w:spacing w:after="0" w:line="240" w:lineRule="auto"/>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(AF/I/T)*</w:t>
            </w:r>
          </w:p>
        </w:tc>
      </w:tr>
      <w:tr w:rsidR="00466A14" w:rsidRPr="00466A14" w14:paraId="3A0E69A8" w14:textId="77777777" w:rsidTr="00650C0C">
        <w:trPr>
          <w:trHeight w:val="1395"/>
        </w:trPr>
        <w:tc>
          <w:tcPr>
            <w:tcW w:w="6912" w:type="dxa"/>
          </w:tcPr>
          <w:p w14:paraId="08BCE57A"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r w:rsidRPr="00466A14">
              <w:rPr>
                <w:rFonts w:ascii="Gill Sans MT" w:eastAsia="Times New Roman" w:hAnsi="Gill Sans MT" w:cs="Arial"/>
                <w:sz w:val="24"/>
                <w:szCs w:val="24"/>
                <w:lang w:val="en-GB"/>
              </w:rPr>
              <w:t xml:space="preserve">(a) </w:t>
            </w:r>
            <w:r w:rsidRPr="00466A14">
              <w:rPr>
                <w:rFonts w:ascii="Gill Sans MT" w:eastAsia="Times New Roman" w:hAnsi="Gill Sans MT" w:cs="Arial"/>
                <w:b/>
                <w:bCs/>
                <w:sz w:val="24"/>
                <w:szCs w:val="24"/>
                <w:u w:val="single"/>
                <w:lang w:val="en-GB"/>
              </w:rPr>
              <w:t>Education and Formal Training</w:t>
            </w:r>
            <w:r w:rsidRPr="00466A14">
              <w:rPr>
                <w:rFonts w:ascii="Gill Sans MT" w:eastAsia="Times New Roman" w:hAnsi="Gill Sans MT" w:cs="Arial"/>
                <w:b/>
                <w:bCs/>
                <w:sz w:val="24"/>
                <w:szCs w:val="24"/>
                <w:lang w:val="en-GB"/>
              </w:rPr>
              <w:t xml:space="preserve"> </w:t>
            </w:r>
          </w:p>
          <w:p w14:paraId="51BC1D70"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p>
          <w:p w14:paraId="38C2314A" w14:textId="77777777" w:rsidR="00466A14" w:rsidRPr="00466A14" w:rsidRDefault="00466A14" w:rsidP="00466A14">
            <w:pPr>
              <w:keepNext/>
              <w:spacing w:after="0" w:line="240" w:lineRule="auto"/>
              <w:outlineLvl w:val="0"/>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Qualified Teacher</w:t>
            </w:r>
          </w:p>
          <w:p w14:paraId="0CE9A5C0" w14:textId="77777777" w:rsidR="00466A14" w:rsidRPr="00466A14" w:rsidRDefault="00466A14" w:rsidP="00466A14">
            <w:pPr>
              <w:spacing w:after="0" w:line="240" w:lineRule="auto"/>
              <w:rPr>
                <w:rFonts w:ascii="Gill Sans MT" w:eastAsia="Times New Roman" w:hAnsi="Gill Sans MT" w:cs="Arial"/>
                <w:sz w:val="24"/>
                <w:szCs w:val="24"/>
                <w:lang w:val="en-GB"/>
              </w:rPr>
            </w:pPr>
          </w:p>
          <w:p w14:paraId="7A885D43" w14:textId="744832D6" w:rsidR="00466A14" w:rsidRPr="00466A14" w:rsidRDefault="00466A14" w:rsidP="00466A14">
            <w:pPr>
              <w:spacing w:after="0" w:line="240" w:lineRule="auto"/>
              <w:rPr>
                <w:rFonts w:ascii="Gill Sans MT" w:eastAsia="Times New Roman" w:hAnsi="Gill Sans MT" w:cs="Arial"/>
                <w:b/>
                <w:bCs/>
                <w:sz w:val="24"/>
                <w:szCs w:val="24"/>
                <w:lang w:val="en-GB"/>
              </w:rPr>
            </w:pPr>
            <w:r w:rsidRPr="00466A14">
              <w:rPr>
                <w:rFonts w:ascii="Gill Sans MT" w:eastAsia="Times New Roman" w:hAnsi="Gill Sans MT" w:cs="Arial"/>
                <w:sz w:val="24"/>
                <w:szCs w:val="24"/>
                <w:lang w:val="en-GB"/>
              </w:rPr>
              <w:t xml:space="preserve">Qualified Teacher </w:t>
            </w:r>
            <w:r w:rsidR="00853E94">
              <w:rPr>
                <w:rFonts w:ascii="Gill Sans MT" w:eastAsia="Times New Roman" w:hAnsi="Gill Sans MT" w:cs="Arial"/>
                <w:sz w:val="24"/>
                <w:szCs w:val="24"/>
                <w:lang w:val="en-GB"/>
              </w:rPr>
              <w:t>of the Deaf</w:t>
            </w:r>
            <w:r w:rsidR="0049113F">
              <w:rPr>
                <w:rFonts w:ascii="Gill Sans MT" w:eastAsia="Times New Roman" w:hAnsi="Gill Sans MT" w:cs="Arial"/>
                <w:sz w:val="24"/>
                <w:szCs w:val="24"/>
                <w:lang w:val="en-GB"/>
              </w:rPr>
              <w:t xml:space="preserve"> (QToD)</w:t>
            </w:r>
          </w:p>
        </w:tc>
        <w:tc>
          <w:tcPr>
            <w:tcW w:w="2019" w:type="dxa"/>
          </w:tcPr>
          <w:p w14:paraId="5C6EBB1D"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1F0D3768"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59134B86"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E</w:t>
            </w:r>
          </w:p>
          <w:p w14:paraId="54453D1A"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7F45FE16"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E</w:t>
            </w:r>
          </w:p>
          <w:p w14:paraId="3B31848F"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75B73172"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tc>
        <w:tc>
          <w:tcPr>
            <w:tcW w:w="1701" w:type="dxa"/>
          </w:tcPr>
          <w:p w14:paraId="0FF0D7E8"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p>
          <w:p w14:paraId="25978B91"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p>
          <w:p w14:paraId="41D1FA90"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AF/I</w:t>
            </w:r>
          </w:p>
          <w:p w14:paraId="2F864BB1"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p>
          <w:p w14:paraId="4E1295EC"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AF/I</w:t>
            </w:r>
          </w:p>
        </w:tc>
      </w:tr>
      <w:tr w:rsidR="00466A14" w:rsidRPr="00466A14" w14:paraId="02316A14" w14:textId="77777777" w:rsidTr="00650C0C">
        <w:trPr>
          <w:trHeight w:val="1266"/>
        </w:trPr>
        <w:tc>
          <w:tcPr>
            <w:tcW w:w="6912" w:type="dxa"/>
          </w:tcPr>
          <w:p w14:paraId="55F83396"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r w:rsidRPr="00466A14">
              <w:rPr>
                <w:rFonts w:ascii="Gill Sans MT" w:eastAsia="Times New Roman" w:hAnsi="Gill Sans MT" w:cs="Arial"/>
                <w:sz w:val="24"/>
                <w:szCs w:val="24"/>
                <w:lang w:val="en-GB"/>
              </w:rPr>
              <w:t>(b</w:t>
            </w:r>
            <w:r w:rsidRPr="00466A14">
              <w:rPr>
                <w:rFonts w:ascii="Gill Sans MT" w:eastAsia="Times New Roman" w:hAnsi="Gill Sans MT" w:cs="Arial"/>
                <w:sz w:val="24"/>
                <w:szCs w:val="24"/>
                <w:u w:val="single"/>
                <w:lang w:val="en-GB"/>
              </w:rPr>
              <w:t xml:space="preserve">) </w:t>
            </w:r>
            <w:r w:rsidRPr="00466A14">
              <w:rPr>
                <w:rFonts w:ascii="Gill Sans MT" w:eastAsia="Times New Roman" w:hAnsi="Gill Sans MT" w:cs="Arial"/>
                <w:b/>
                <w:bCs/>
                <w:sz w:val="24"/>
                <w:szCs w:val="24"/>
                <w:u w:val="single"/>
                <w:lang w:val="en-GB"/>
              </w:rPr>
              <w:t>Relevant Technical Experience</w:t>
            </w:r>
            <w:r w:rsidRPr="00466A14">
              <w:rPr>
                <w:rFonts w:ascii="Gill Sans MT" w:eastAsia="Times New Roman" w:hAnsi="Gill Sans MT" w:cs="Arial"/>
                <w:sz w:val="24"/>
                <w:szCs w:val="24"/>
                <w:u w:val="single"/>
                <w:lang w:val="en-GB"/>
              </w:rPr>
              <w:t xml:space="preserve"> </w:t>
            </w:r>
            <w:r w:rsidRPr="00466A14">
              <w:rPr>
                <w:rFonts w:ascii="Gill Sans MT" w:eastAsia="Times New Roman" w:hAnsi="Gill Sans MT" w:cs="Arial"/>
                <w:b/>
                <w:bCs/>
                <w:sz w:val="24"/>
                <w:szCs w:val="24"/>
                <w:u w:val="single"/>
                <w:lang w:val="en-GB"/>
              </w:rPr>
              <w:t>and Knowledge</w:t>
            </w:r>
          </w:p>
          <w:p w14:paraId="2DDFEE5D"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p>
          <w:p w14:paraId="02C83CB5" w14:textId="2630EB67" w:rsidR="00466A14" w:rsidRPr="00466A14" w:rsidRDefault="00466A14" w:rsidP="00466A1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 xml:space="preserve">Substantial teaching experience in an educational setting and understanding of curriculum and teaching practices for Children with </w:t>
            </w:r>
            <w:r w:rsidR="00853E94">
              <w:rPr>
                <w:rFonts w:ascii="Gill Sans MT" w:eastAsia="Times New Roman" w:hAnsi="Gill Sans MT" w:cs="Arial"/>
                <w:sz w:val="24"/>
                <w:szCs w:val="24"/>
                <w:lang w:val="en-GB"/>
              </w:rPr>
              <w:t>hearing difficulties</w:t>
            </w:r>
            <w:r w:rsidRPr="00466A14">
              <w:rPr>
                <w:rFonts w:ascii="Gill Sans MT" w:eastAsia="Times New Roman" w:hAnsi="Gill Sans MT" w:cs="Arial"/>
                <w:sz w:val="24"/>
                <w:szCs w:val="24"/>
                <w:lang w:val="en-GB"/>
              </w:rPr>
              <w:t xml:space="preserve"> and SEN </w:t>
            </w:r>
          </w:p>
          <w:p w14:paraId="56CD93D7" w14:textId="77777777" w:rsidR="00466A14" w:rsidRPr="00466A14" w:rsidRDefault="00466A14" w:rsidP="00466A1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Gill Sans MT" w:eastAsia="Times New Roman" w:hAnsi="Gill Sans MT" w:cs="Arial"/>
                <w:sz w:val="24"/>
                <w:szCs w:val="24"/>
                <w:lang w:val="en-GB"/>
              </w:rPr>
            </w:pPr>
          </w:p>
          <w:p w14:paraId="27AD7FC4"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Substantial experience of working with pupils in the specialist area using a variety of support styles</w:t>
            </w:r>
          </w:p>
          <w:p w14:paraId="460B58D2"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p>
          <w:p w14:paraId="3C5B493B"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Experience of multi-agency working in delivery of educational service</w:t>
            </w:r>
          </w:p>
          <w:p w14:paraId="15152737"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p>
          <w:p w14:paraId="678E2718" w14:textId="3D6A3B5E" w:rsidR="00466A14" w:rsidRPr="00466A14" w:rsidRDefault="00466A14" w:rsidP="00466A14">
            <w:pPr>
              <w:spacing w:after="0" w:line="240" w:lineRule="auto"/>
              <w:jc w:val="both"/>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 xml:space="preserve">Knowledge of education issues for </w:t>
            </w:r>
            <w:r w:rsidR="00B26C7B">
              <w:rPr>
                <w:rFonts w:ascii="Gill Sans MT" w:eastAsia="Times New Roman" w:hAnsi="Gill Sans MT" w:cs="Arial"/>
                <w:sz w:val="24"/>
                <w:szCs w:val="24"/>
                <w:lang w:val="en-GB"/>
              </w:rPr>
              <w:t>deaf children</w:t>
            </w:r>
            <w:r w:rsidRPr="00466A14">
              <w:rPr>
                <w:rFonts w:ascii="Gill Sans MT" w:eastAsia="Times New Roman" w:hAnsi="Gill Sans MT" w:cs="Arial"/>
                <w:sz w:val="24"/>
                <w:szCs w:val="24"/>
                <w:lang w:val="en-GB"/>
              </w:rPr>
              <w:t xml:space="preserve"> and the ability to develop modified learning programmes.</w:t>
            </w:r>
          </w:p>
          <w:p w14:paraId="4E115609"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p>
          <w:p w14:paraId="0A1E759C" w14:textId="5B560945" w:rsidR="00466A14" w:rsidRPr="00466A14" w:rsidRDefault="00466A14" w:rsidP="00466A14">
            <w:pPr>
              <w:spacing w:after="0" w:line="240" w:lineRule="auto"/>
              <w:jc w:val="both"/>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 xml:space="preserve">Knowledge of equipment and resources to promote access to the curriculum for </w:t>
            </w:r>
            <w:r w:rsidR="00B26C7B">
              <w:rPr>
                <w:rFonts w:ascii="Gill Sans MT" w:eastAsia="Times New Roman" w:hAnsi="Gill Sans MT" w:cs="Arial"/>
                <w:sz w:val="24"/>
                <w:szCs w:val="24"/>
                <w:lang w:val="en-GB"/>
              </w:rPr>
              <w:t>deaf pupils</w:t>
            </w:r>
          </w:p>
          <w:p w14:paraId="4D928915"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p>
          <w:p w14:paraId="09A1D94D"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Experience of and commitment to facilitating independence of students in all aspects of their lives</w:t>
            </w:r>
          </w:p>
          <w:p w14:paraId="211A1D51"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p>
          <w:p w14:paraId="01E364B3"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 xml:space="preserve">Proven ability to work with parents, teachers and other professionals to ensure information and advice is received and used </w:t>
            </w:r>
          </w:p>
          <w:p w14:paraId="0B9AEA51"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p>
          <w:p w14:paraId="511BDD40"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lastRenderedPageBreak/>
              <w:t>Knowledge of relevant legislation and social and economic issues facing SEN Support and Advice services</w:t>
            </w:r>
          </w:p>
          <w:p w14:paraId="3503B715"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p>
          <w:p w14:paraId="6A937F30"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Experience working with specialist teachers in delivery of collaborative service</w:t>
            </w:r>
          </w:p>
          <w:p w14:paraId="3783371E"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p>
          <w:p w14:paraId="3FE65C34"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Experience of working effectively with others to develop policies and strategies</w:t>
            </w:r>
          </w:p>
          <w:p w14:paraId="036C1CB9"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p>
          <w:p w14:paraId="659692E9"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Experience of managing and developing staff</w:t>
            </w:r>
          </w:p>
        </w:tc>
        <w:tc>
          <w:tcPr>
            <w:tcW w:w="2019" w:type="dxa"/>
          </w:tcPr>
          <w:p w14:paraId="5C8EED34" w14:textId="77777777" w:rsidR="00466A14" w:rsidRPr="00466A14" w:rsidRDefault="00466A14" w:rsidP="00466A14">
            <w:pPr>
              <w:spacing w:after="0" w:line="240" w:lineRule="auto"/>
              <w:jc w:val="center"/>
              <w:rPr>
                <w:rFonts w:ascii="Gill Sans MT" w:eastAsia="Times New Roman" w:hAnsi="Gill Sans MT" w:cs="Arial"/>
                <w:sz w:val="24"/>
                <w:szCs w:val="24"/>
                <w:lang w:val="en-GB"/>
              </w:rPr>
            </w:pPr>
          </w:p>
          <w:p w14:paraId="722EC7B1"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07AFCF69"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E</w:t>
            </w:r>
          </w:p>
          <w:p w14:paraId="7EB4973A"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711A9317"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2389BF7C"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7683C1B3"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D</w:t>
            </w:r>
          </w:p>
          <w:p w14:paraId="37AADF12"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313C96DF"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7C74C0F9"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D</w:t>
            </w:r>
          </w:p>
          <w:p w14:paraId="261C1A1A"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1F2224D9"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7BEC64A8"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E</w:t>
            </w:r>
          </w:p>
          <w:p w14:paraId="78F9DEEF" w14:textId="63860C68" w:rsidR="00466A14" w:rsidRPr="00466A14" w:rsidRDefault="00466A14" w:rsidP="00766990">
            <w:pPr>
              <w:spacing w:after="0" w:line="240" w:lineRule="auto"/>
              <w:rPr>
                <w:rFonts w:ascii="Gill Sans MT" w:eastAsia="Times New Roman" w:hAnsi="Gill Sans MT" w:cs="Arial"/>
                <w:b/>
                <w:sz w:val="24"/>
                <w:szCs w:val="24"/>
                <w:lang w:val="en-GB"/>
              </w:rPr>
            </w:pPr>
          </w:p>
          <w:p w14:paraId="24EA7588"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51AB9BE0"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E</w:t>
            </w:r>
          </w:p>
          <w:p w14:paraId="3F87C66D"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56D42C92"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24BEC93D"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E</w:t>
            </w:r>
          </w:p>
          <w:p w14:paraId="463AE7BA"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5CD897BF"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7C4257AB"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E</w:t>
            </w:r>
          </w:p>
          <w:p w14:paraId="182A40CC"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28048763"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50CA9A0F"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lastRenderedPageBreak/>
              <w:t xml:space="preserve">E </w:t>
            </w:r>
          </w:p>
          <w:p w14:paraId="07851B07"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186A8C66"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4A98E904"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D</w:t>
            </w:r>
          </w:p>
          <w:p w14:paraId="67300EA0"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39ADF79A"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6200A2DD"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D</w:t>
            </w:r>
          </w:p>
          <w:p w14:paraId="4D74E2E8"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1831CA55"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492BCF82" w14:textId="77777777" w:rsidR="00466A14" w:rsidRPr="00466A14" w:rsidRDefault="00466A14" w:rsidP="00466A14">
            <w:pPr>
              <w:spacing w:after="0" w:line="240" w:lineRule="auto"/>
              <w:jc w:val="center"/>
              <w:rPr>
                <w:rFonts w:ascii="Gill Sans MT" w:eastAsia="Times New Roman" w:hAnsi="Gill Sans MT" w:cs="Arial"/>
                <w:sz w:val="24"/>
                <w:szCs w:val="24"/>
                <w:lang w:val="en-GB"/>
              </w:rPr>
            </w:pPr>
            <w:r w:rsidRPr="00466A14">
              <w:rPr>
                <w:rFonts w:ascii="Gill Sans MT" w:eastAsia="Times New Roman" w:hAnsi="Gill Sans MT" w:cs="Arial"/>
                <w:b/>
                <w:sz w:val="24"/>
                <w:szCs w:val="24"/>
                <w:lang w:val="en-GB"/>
              </w:rPr>
              <w:t>D</w:t>
            </w:r>
          </w:p>
        </w:tc>
        <w:tc>
          <w:tcPr>
            <w:tcW w:w="1701" w:type="dxa"/>
          </w:tcPr>
          <w:p w14:paraId="30C483A5"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p>
          <w:p w14:paraId="7DFB2D79"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p>
          <w:p w14:paraId="280C87AD"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AF/I</w:t>
            </w:r>
          </w:p>
          <w:p w14:paraId="03BDB01F"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p>
          <w:p w14:paraId="1F1A588D"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p>
          <w:p w14:paraId="50C3D10B"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p>
          <w:p w14:paraId="03377934" w14:textId="77777777" w:rsidR="00466A14" w:rsidRPr="00466A14" w:rsidRDefault="00466A14" w:rsidP="00466A14">
            <w:pPr>
              <w:spacing w:after="0" w:line="240" w:lineRule="auto"/>
              <w:jc w:val="both"/>
              <w:rPr>
                <w:rFonts w:ascii="Gill Sans MT" w:eastAsia="Times New Roman" w:hAnsi="Gill Sans MT" w:cs="Arial"/>
                <w:b/>
                <w:bCs/>
                <w:sz w:val="24"/>
                <w:szCs w:val="24"/>
                <w:lang w:val="en-GB"/>
              </w:rPr>
            </w:pPr>
          </w:p>
        </w:tc>
      </w:tr>
      <w:tr w:rsidR="00466A14" w:rsidRPr="00466A14" w14:paraId="06640DEE" w14:textId="77777777" w:rsidTr="00650C0C">
        <w:trPr>
          <w:trHeight w:val="1965"/>
        </w:trPr>
        <w:tc>
          <w:tcPr>
            <w:tcW w:w="6912" w:type="dxa"/>
          </w:tcPr>
          <w:p w14:paraId="3CBF3EDC" w14:textId="77777777" w:rsidR="00466A14" w:rsidRPr="00466A14" w:rsidRDefault="00466A14" w:rsidP="00466A14">
            <w:pPr>
              <w:spacing w:after="0" w:line="240" w:lineRule="auto"/>
              <w:jc w:val="both"/>
              <w:rPr>
                <w:rFonts w:ascii="Gill Sans MT" w:eastAsia="Times New Roman" w:hAnsi="Gill Sans MT" w:cs="Arial"/>
                <w:b/>
                <w:sz w:val="24"/>
                <w:szCs w:val="24"/>
                <w:u w:val="single"/>
                <w:lang w:val="en-GB"/>
              </w:rPr>
            </w:pPr>
            <w:r w:rsidRPr="00466A14">
              <w:rPr>
                <w:rFonts w:ascii="Gill Sans MT" w:eastAsia="Times New Roman" w:hAnsi="Gill Sans MT" w:cs="Arial"/>
                <w:b/>
                <w:sz w:val="24"/>
                <w:szCs w:val="24"/>
                <w:lang w:val="en-GB"/>
              </w:rPr>
              <w:t xml:space="preserve">(c) </w:t>
            </w:r>
            <w:r w:rsidRPr="00466A14">
              <w:rPr>
                <w:rFonts w:ascii="Gill Sans MT" w:eastAsia="Times New Roman" w:hAnsi="Gill Sans MT" w:cs="Arial"/>
                <w:b/>
                <w:sz w:val="24"/>
                <w:szCs w:val="24"/>
                <w:u w:val="single"/>
                <w:lang w:val="en-GB"/>
              </w:rPr>
              <w:t>Skills and abilities</w:t>
            </w:r>
          </w:p>
          <w:p w14:paraId="0FDB543D" w14:textId="77777777" w:rsidR="00466A14" w:rsidRPr="00466A14" w:rsidRDefault="00466A14" w:rsidP="00466A14">
            <w:pPr>
              <w:spacing w:after="0" w:line="240" w:lineRule="auto"/>
              <w:jc w:val="both"/>
              <w:rPr>
                <w:rFonts w:ascii="Gill Sans MT" w:eastAsia="Times New Roman" w:hAnsi="Gill Sans MT" w:cs="Arial"/>
                <w:b/>
                <w:sz w:val="24"/>
                <w:szCs w:val="24"/>
                <w:u w:val="single"/>
                <w:lang w:val="en-GB"/>
              </w:rPr>
            </w:pPr>
          </w:p>
          <w:p w14:paraId="6C3B5D95" w14:textId="77777777" w:rsidR="00466A14" w:rsidRPr="00466A14" w:rsidRDefault="00466A14" w:rsidP="00466A14">
            <w:pPr>
              <w:spacing w:after="0" w:line="240" w:lineRule="auto"/>
              <w:jc w:val="both"/>
              <w:rPr>
                <w:rFonts w:ascii="Gill Sans MT" w:eastAsia="Times New Roman" w:hAnsi="Gill Sans MT" w:cs="Times New Roman"/>
                <w:sz w:val="24"/>
                <w:szCs w:val="24"/>
                <w:lang w:val="en-GB"/>
              </w:rPr>
            </w:pPr>
            <w:r w:rsidRPr="00466A14">
              <w:rPr>
                <w:rFonts w:ascii="Gill Sans MT" w:eastAsia="Times New Roman" w:hAnsi="Gill Sans MT" w:cs="Times New Roman"/>
                <w:sz w:val="24"/>
                <w:szCs w:val="24"/>
                <w:lang w:val="en-GB"/>
              </w:rPr>
              <w:t>Ability to maintain records and to write reports addressed to parents and professional groups</w:t>
            </w:r>
          </w:p>
          <w:p w14:paraId="3C820A86" w14:textId="77777777" w:rsidR="00466A14" w:rsidRPr="00466A14" w:rsidRDefault="00466A14" w:rsidP="00466A14">
            <w:pPr>
              <w:spacing w:after="0" w:line="240" w:lineRule="auto"/>
              <w:jc w:val="both"/>
              <w:rPr>
                <w:rFonts w:ascii="Gill Sans MT" w:eastAsia="Times New Roman" w:hAnsi="Gill Sans MT" w:cs="Times New Roman"/>
                <w:sz w:val="24"/>
                <w:szCs w:val="24"/>
                <w:lang w:val="en-GB"/>
              </w:rPr>
            </w:pPr>
          </w:p>
          <w:p w14:paraId="63DA9802" w14:textId="77777777" w:rsidR="00466A14" w:rsidRPr="00466A14" w:rsidRDefault="00466A14" w:rsidP="00466A14">
            <w:pPr>
              <w:spacing w:after="0" w:line="240" w:lineRule="auto"/>
              <w:jc w:val="both"/>
              <w:rPr>
                <w:rFonts w:ascii="Gill Sans MT" w:eastAsia="Times New Roman" w:hAnsi="Gill Sans MT" w:cs="Times New Roman"/>
                <w:sz w:val="24"/>
                <w:szCs w:val="24"/>
                <w:lang w:val="en-GB"/>
              </w:rPr>
            </w:pPr>
            <w:r w:rsidRPr="00466A14">
              <w:rPr>
                <w:rFonts w:ascii="Gill Sans MT" w:eastAsia="Times New Roman" w:hAnsi="Gill Sans MT" w:cs="Times New Roman"/>
                <w:sz w:val="24"/>
                <w:szCs w:val="24"/>
                <w:lang w:val="en-GB"/>
              </w:rPr>
              <w:t>Ability to manage support staff and also lead by personal qualities and example.</w:t>
            </w:r>
          </w:p>
          <w:p w14:paraId="5406830E" w14:textId="77777777" w:rsidR="00466A14" w:rsidRPr="00466A14" w:rsidRDefault="00466A14" w:rsidP="00466A14">
            <w:pPr>
              <w:spacing w:after="0" w:line="240" w:lineRule="auto"/>
              <w:jc w:val="both"/>
              <w:rPr>
                <w:rFonts w:ascii="Gill Sans MT" w:eastAsia="Times New Roman" w:hAnsi="Gill Sans MT" w:cs="Times New Roman"/>
                <w:sz w:val="24"/>
                <w:szCs w:val="24"/>
                <w:lang w:val="en-GB"/>
              </w:rPr>
            </w:pPr>
          </w:p>
          <w:p w14:paraId="77DDEF2D" w14:textId="77777777" w:rsidR="00466A14" w:rsidRPr="00466A14" w:rsidRDefault="00466A14" w:rsidP="00466A14">
            <w:pPr>
              <w:spacing w:after="0" w:line="240" w:lineRule="auto"/>
              <w:jc w:val="both"/>
              <w:rPr>
                <w:rFonts w:ascii="Gill Sans MT" w:eastAsia="Times New Roman" w:hAnsi="Gill Sans MT" w:cs="Times New Roman"/>
                <w:sz w:val="24"/>
                <w:szCs w:val="24"/>
                <w:lang w:val="en-GB"/>
              </w:rPr>
            </w:pPr>
            <w:r w:rsidRPr="00466A14">
              <w:rPr>
                <w:rFonts w:ascii="Gill Sans MT" w:eastAsia="Times New Roman" w:hAnsi="Gill Sans MT" w:cs="Times New Roman"/>
                <w:sz w:val="24"/>
                <w:szCs w:val="24"/>
                <w:lang w:val="en-GB"/>
              </w:rPr>
              <w:t>Good interpersonal skills and ability to liaise effectively and work with teaching staff and other professional groups.</w:t>
            </w:r>
          </w:p>
          <w:p w14:paraId="182D8EC8" w14:textId="77777777" w:rsidR="00466A14" w:rsidRPr="00466A14" w:rsidRDefault="00466A14" w:rsidP="00466A14">
            <w:pPr>
              <w:spacing w:after="0" w:line="240" w:lineRule="auto"/>
              <w:jc w:val="both"/>
              <w:rPr>
                <w:rFonts w:ascii="Gill Sans MT" w:eastAsia="Times New Roman" w:hAnsi="Gill Sans MT" w:cs="Times New Roman"/>
                <w:sz w:val="24"/>
                <w:szCs w:val="24"/>
                <w:lang w:val="en-GB"/>
              </w:rPr>
            </w:pPr>
          </w:p>
          <w:p w14:paraId="26CB44D5" w14:textId="77777777" w:rsidR="00466A14" w:rsidRPr="00466A14" w:rsidRDefault="00466A14" w:rsidP="00466A14">
            <w:pPr>
              <w:spacing w:after="0" w:line="240" w:lineRule="auto"/>
              <w:jc w:val="both"/>
              <w:rPr>
                <w:rFonts w:ascii="Gill Sans MT" w:eastAsia="Times New Roman" w:hAnsi="Gill Sans MT" w:cs="Times New Roman"/>
                <w:sz w:val="24"/>
                <w:szCs w:val="24"/>
                <w:lang w:val="en-GB"/>
              </w:rPr>
            </w:pPr>
            <w:r w:rsidRPr="00466A14">
              <w:rPr>
                <w:rFonts w:ascii="Gill Sans MT" w:eastAsia="Times New Roman" w:hAnsi="Gill Sans MT" w:cs="Times New Roman"/>
                <w:sz w:val="24"/>
                <w:szCs w:val="24"/>
                <w:lang w:val="en-GB"/>
              </w:rPr>
              <w:t>Ability to deliver INSET to professional groups.</w:t>
            </w:r>
          </w:p>
          <w:p w14:paraId="5F1C5F5E" w14:textId="77777777" w:rsidR="00466A14" w:rsidRPr="00466A14" w:rsidRDefault="00466A14" w:rsidP="00466A14">
            <w:pPr>
              <w:spacing w:after="0" w:line="240" w:lineRule="auto"/>
              <w:jc w:val="both"/>
              <w:rPr>
                <w:rFonts w:ascii="Gill Sans MT" w:eastAsia="Times New Roman" w:hAnsi="Gill Sans MT" w:cs="Times New Roman"/>
                <w:sz w:val="24"/>
                <w:szCs w:val="24"/>
                <w:lang w:val="en-GB"/>
              </w:rPr>
            </w:pPr>
          </w:p>
          <w:p w14:paraId="5E8377A2" w14:textId="77777777" w:rsidR="00466A14" w:rsidRPr="00466A14" w:rsidRDefault="00466A14" w:rsidP="00466A14">
            <w:pPr>
              <w:spacing w:after="0" w:line="240" w:lineRule="auto"/>
              <w:jc w:val="both"/>
              <w:rPr>
                <w:rFonts w:ascii="Gill Sans MT" w:eastAsia="Times New Roman" w:hAnsi="Gill Sans MT" w:cs="Times New Roman"/>
                <w:sz w:val="24"/>
                <w:szCs w:val="24"/>
                <w:lang w:val="en-GB"/>
              </w:rPr>
            </w:pPr>
            <w:r w:rsidRPr="00466A14">
              <w:rPr>
                <w:rFonts w:ascii="Gill Sans MT" w:eastAsia="Times New Roman" w:hAnsi="Gill Sans MT" w:cs="Times New Roman"/>
                <w:sz w:val="24"/>
                <w:szCs w:val="24"/>
                <w:lang w:val="en-GB"/>
              </w:rPr>
              <w:t>Ability to work independently, with initiative and to work as a member of the team.</w:t>
            </w:r>
          </w:p>
          <w:p w14:paraId="74915D90" w14:textId="77777777" w:rsidR="00466A14" w:rsidRPr="00466A14" w:rsidRDefault="00466A14" w:rsidP="00466A14">
            <w:pPr>
              <w:spacing w:after="0" w:line="240" w:lineRule="auto"/>
              <w:jc w:val="both"/>
              <w:rPr>
                <w:rFonts w:ascii="Gill Sans MT" w:eastAsia="Times New Roman" w:hAnsi="Gill Sans MT" w:cs="Times New Roman"/>
                <w:sz w:val="24"/>
                <w:szCs w:val="24"/>
                <w:lang w:val="en-GB"/>
              </w:rPr>
            </w:pPr>
          </w:p>
          <w:p w14:paraId="07BF43BE" w14:textId="77777777" w:rsidR="00466A14" w:rsidRPr="00466A14" w:rsidRDefault="00466A14" w:rsidP="00466A14">
            <w:pPr>
              <w:spacing w:after="0" w:line="240" w:lineRule="auto"/>
              <w:jc w:val="both"/>
              <w:rPr>
                <w:rFonts w:ascii="Gill Sans MT" w:eastAsia="Times New Roman" w:hAnsi="Gill Sans MT" w:cs="Arial"/>
                <w:bCs/>
                <w:sz w:val="24"/>
                <w:szCs w:val="24"/>
                <w:u w:val="single"/>
                <w:lang w:val="en-GB"/>
              </w:rPr>
            </w:pPr>
            <w:r w:rsidRPr="00466A14">
              <w:rPr>
                <w:rFonts w:ascii="Gill Sans MT" w:eastAsia="Times New Roman" w:hAnsi="Gill Sans MT" w:cs="Arial"/>
                <w:bCs/>
                <w:sz w:val="24"/>
                <w:szCs w:val="24"/>
                <w:u w:val="single"/>
                <w:lang w:val="en-GB"/>
              </w:rPr>
              <w:t>English Language Requirements for Public Sector Workers:</w:t>
            </w:r>
          </w:p>
          <w:p w14:paraId="4F968F30" w14:textId="77777777" w:rsidR="00466A14" w:rsidRPr="00466A14" w:rsidRDefault="00466A14" w:rsidP="00466A14">
            <w:pPr>
              <w:numPr>
                <w:ilvl w:val="0"/>
                <w:numId w:val="18"/>
              </w:numPr>
              <w:spacing w:after="0" w:line="240" w:lineRule="auto"/>
              <w:ind w:left="567" w:hanging="425"/>
              <w:jc w:val="both"/>
              <w:rPr>
                <w:rFonts w:ascii="Gill Sans MT" w:eastAsia="Times New Roman" w:hAnsi="Gill Sans MT" w:cs="Arial"/>
                <w:bCs/>
                <w:sz w:val="24"/>
                <w:szCs w:val="24"/>
                <w:lang w:val="en-GB"/>
              </w:rPr>
            </w:pPr>
            <w:r w:rsidRPr="00466A14">
              <w:rPr>
                <w:rFonts w:ascii="Gill Sans MT" w:eastAsia="Times New Roman" w:hAnsi="Gill Sans MT" w:cs="Arial"/>
                <w:bCs/>
                <w:sz w:val="24"/>
                <w:szCs w:val="24"/>
                <w:lang w:val="en-GB"/>
              </w:rPr>
              <w:t>Ability to speak with confidence and accuracy, using accurate sentence structures and vocabulary.</w:t>
            </w:r>
          </w:p>
          <w:p w14:paraId="5E0002FF" w14:textId="77777777" w:rsidR="00466A14" w:rsidRPr="00466A14" w:rsidRDefault="00466A14" w:rsidP="00466A14">
            <w:pPr>
              <w:numPr>
                <w:ilvl w:val="0"/>
                <w:numId w:val="18"/>
              </w:numPr>
              <w:spacing w:after="0" w:line="240" w:lineRule="auto"/>
              <w:ind w:left="567" w:hanging="425"/>
              <w:jc w:val="both"/>
              <w:rPr>
                <w:rFonts w:ascii="Gill Sans MT" w:eastAsia="Times New Roman" w:hAnsi="Gill Sans MT" w:cs="Arial"/>
                <w:bCs/>
                <w:sz w:val="24"/>
                <w:szCs w:val="24"/>
                <w:lang w:val="en-GB"/>
              </w:rPr>
            </w:pPr>
            <w:r w:rsidRPr="00466A14">
              <w:rPr>
                <w:rFonts w:ascii="Gill Sans MT" w:eastAsia="Times New Roman" w:hAnsi="Gill Sans MT" w:cs="Arial"/>
                <w:bCs/>
                <w:sz w:val="24"/>
                <w:szCs w:val="24"/>
                <w:lang w:val="en-GB"/>
              </w:rPr>
              <w:t>Ability to choose the right kind of vocabulary for the situation in hand without a great deal of hesitation.</w:t>
            </w:r>
          </w:p>
          <w:p w14:paraId="417FD351" w14:textId="77777777" w:rsidR="00466A14" w:rsidRPr="00466A14" w:rsidRDefault="00466A14" w:rsidP="00466A14">
            <w:pPr>
              <w:numPr>
                <w:ilvl w:val="0"/>
                <w:numId w:val="18"/>
              </w:numPr>
              <w:spacing w:after="0" w:line="240" w:lineRule="auto"/>
              <w:ind w:left="567" w:hanging="425"/>
              <w:jc w:val="both"/>
              <w:rPr>
                <w:rFonts w:ascii="Gill Sans MT" w:eastAsia="Times New Roman" w:hAnsi="Gill Sans MT" w:cs="Arial"/>
                <w:bCs/>
                <w:sz w:val="24"/>
                <w:szCs w:val="24"/>
                <w:lang w:val="en-GB"/>
              </w:rPr>
            </w:pPr>
            <w:r w:rsidRPr="00466A14">
              <w:rPr>
                <w:rFonts w:ascii="Gill Sans MT" w:eastAsia="Times New Roman" w:hAnsi="Gill Sans MT" w:cs="Arial"/>
                <w:bCs/>
                <w:sz w:val="24"/>
                <w:szCs w:val="24"/>
                <w:lang w:val="en-GB"/>
              </w:rPr>
              <w:t>Ability to listen to customers and understand their needs.</w:t>
            </w:r>
          </w:p>
          <w:p w14:paraId="5FDAACBB" w14:textId="77777777" w:rsidR="00466A14" w:rsidRPr="00466A14" w:rsidRDefault="00466A14" w:rsidP="00466A14">
            <w:pPr>
              <w:numPr>
                <w:ilvl w:val="0"/>
                <w:numId w:val="18"/>
              </w:numPr>
              <w:spacing w:after="0" w:line="240" w:lineRule="auto"/>
              <w:ind w:left="567" w:hanging="425"/>
              <w:jc w:val="both"/>
              <w:rPr>
                <w:rFonts w:ascii="Gill Sans MT" w:eastAsia="Times New Roman" w:hAnsi="Gill Sans MT" w:cs="Arial"/>
                <w:bCs/>
                <w:sz w:val="24"/>
                <w:szCs w:val="24"/>
                <w:lang w:val="en-GB"/>
              </w:rPr>
            </w:pPr>
            <w:r w:rsidRPr="00466A14">
              <w:rPr>
                <w:rFonts w:ascii="Gill Sans MT" w:eastAsia="Times New Roman" w:hAnsi="Gill Sans MT" w:cs="Arial"/>
                <w:bCs/>
                <w:sz w:val="24"/>
                <w:szCs w:val="24"/>
                <w:lang w:val="en-GB"/>
              </w:rPr>
              <w:t>Ability to tailor your approach to each conversation appropriate to the customer, responding clearly even in complex situations.</w:t>
            </w:r>
          </w:p>
          <w:p w14:paraId="632167C2" w14:textId="77777777" w:rsidR="00466A14" w:rsidRPr="00466A14" w:rsidRDefault="00466A14" w:rsidP="00466A14">
            <w:pPr>
              <w:spacing w:after="0" w:line="240" w:lineRule="auto"/>
              <w:jc w:val="both"/>
              <w:rPr>
                <w:rFonts w:ascii="Gill Sans MT" w:eastAsia="Times New Roman" w:hAnsi="Gill Sans MT" w:cs="Arial"/>
                <w:sz w:val="24"/>
                <w:szCs w:val="24"/>
                <w:lang w:val="en-GB"/>
              </w:rPr>
            </w:pPr>
          </w:p>
        </w:tc>
        <w:tc>
          <w:tcPr>
            <w:tcW w:w="2019" w:type="dxa"/>
          </w:tcPr>
          <w:p w14:paraId="139677EA" w14:textId="77777777" w:rsidR="00466A14" w:rsidRPr="00466A14" w:rsidRDefault="00466A14" w:rsidP="00466A14">
            <w:pPr>
              <w:spacing w:after="0" w:line="240" w:lineRule="auto"/>
              <w:jc w:val="center"/>
              <w:rPr>
                <w:rFonts w:ascii="Gill Sans MT" w:eastAsia="Times New Roman" w:hAnsi="Gill Sans MT" w:cs="Arial"/>
                <w:sz w:val="24"/>
                <w:szCs w:val="24"/>
                <w:lang w:val="en-GB"/>
              </w:rPr>
            </w:pPr>
          </w:p>
          <w:p w14:paraId="0E82F7D8" w14:textId="77777777" w:rsidR="00466A14" w:rsidRPr="00466A14" w:rsidRDefault="00466A14" w:rsidP="00466A14">
            <w:pPr>
              <w:spacing w:after="0" w:line="240" w:lineRule="auto"/>
              <w:jc w:val="center"/>
              <w:rPr>
                <w:rFonts w:ascii="Gill Sans MT" w:eastAsia="Times New Roman" w:hAnsi="Gill Sans MT" w:cs="Arial"/>
                <w:sz w:val="24"/>
                <w:szCs w:val="24"/>
                <w:lang w:val="en-GB"/>
              </w:rPr>
            </w:pPr>
          </w:p>
          <w:p w14:paraId="516AD6E9" w14:textId="02064F18" w:rsidR="00466A14" w:rsidRPr="00466A14" w:rsidRDefault="009F0041" w:rsidP="00466A14">
            <w:pPr>
              <w:spacing w:after="0" w:line="240" w:lineRule="auto"/>
              <w:jc w:val="center"/>
              <w:rPr>
                <w:rFonts w:ascii="Gill Sans MT" w:eastAsia="Times New Roman" w:hAnsi="Gill Sans MT" w:cs="Arial"/>
                <w:b/>
                <w:sz w:val="24"/>
                <w:szCs w:val="24"/>
                <w:lang w:val="en-GB"/>
              </w:rPr>
            </w:pPr>
            <w:r>
              <w:rPr>
                <w:rFonts w:ascii="Gill Sans MT" w:eastAsia="Times New Roman" w:hAnsi="Gill Sans MT" w:cs="Arial"/>
                <w:b/>
                <w:sz w:val="24"/>
                <w:szCs w:val="24"/>
                <w:lang w:val="en-GB"/>
              </w:rPr>
              <w:t>E</w:t>
            </w:r>
          </w:p>
          <w:p w14:paraId="0AC38064"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09212458"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577BF74B"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E</w:t>
            </w:r>
          </w:p>
          <w:p w14:paraId="2947806C" w14:textId="4F66A30C" w:rsidR="00466A14" w:rsidRPr="00466A14" w:rsidRDefault="00466A14" w:rsidP="006255C3">
            <w:pPr>
              <w:spacing w:after="0" w:line="240" w:lineRule="auto"/>
              <w:rPr>
                <w:rFonts w:ascii="Gill Sans MT" w:eastAsia="Times New Roman" w:hAnsi="Gill Sans MT" w:cs="Arial"/>
                <w:b/>
                <w:sz w:val="24"/>
                <w:szCs w:val="24"/>
                <w:lang w:val="en-GB"/>
              </w:rPr>
            </w:pPr>
          </w:p>
          <w:p w14:paraId="37168208"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75873BBA"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E</w:t>
            </w:r>
          </w:p>
          <w:p w14:paraId="600B5211"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2D584DFD"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br/>
              <w:t>D</w:t>
            </w:r>
          </w:p>
          <w:p w14:paraId="2FB4A765"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4086A848"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E</w:t>
            </w:r>
          </w:p>
          <w:p w14:paraId="08F29CCA"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5E75A18F" w14:textId="77777777" w:rsidR="00466A14" w:rsidRPr="00466A14" w:rsidRDefault="00466A14" w:rsidP="00466A14">
            <w:pPr>
              <w:spacing w:after="0" w:line="240" w:lineRule="auto"/>
              <w:jc w:val="center"/>
              <w:rPr>
                <w:rFonts w:ascii="Gill Sans MT" w:eastAsia="Times New Roman" w:hAnsi="Gill Sans MT" w:cs="Arial"/>
                <w:b/>
                <w:sz w:val="24"/>
                <w:szCs w:val="24"/>
                <w:lang w:val="en-GB"/>
              </w:rPr>
            </w:pPr>
          </w:p>
          <w:p w14:paraId="61C3E348" w14:textId="77777777" w:rsidR="00466A14" w:rsidRPr="00466A14" w:rsidRDefault="00466A14" w:rsidP="00466A14">
            <w:pPr>
              <w:spacing w:after="0" w:line="240" w:lineRule="auto"/>
              <w:jc w:val="center"/>
              <w:rPr>
                <w:rFonts w:ascii="Gill Sans MT" w:eastAsia="Times New Roman" w:hAnsi="Gill Sans MT" w:cs="Arial"/>
                <w:sz w:val="24"/>
                <w:szCs w:val="24"/>
                <w:lang w:val="en-GB"/>
              </w:rPr>
            </w:pPr>
            <w:r w:rsidRPr="00466A14">
              <w:rPr>
                <w:rFonts w:ascii="Gill Sans MT" w:eastAsia="Times New Roman" w:hAnsi="Gill Sans MT" w:cs="Arial"/>
                <w:b/>
                <w:sz w:val="24"/>
                <w:szCs w:val="24"/>
                <w:lang w:val="en-GB"/>
              </w:rPr>
              <w:t>E</w:t>
            </w:r>
          </w:p>
        </w:tc>
        <w:tc>
          <w:tcPr>
            <w:tcW w:w="1701" w:type="dxa"/>
          </w:tcPr>
          <w:p w14:paraId="32F3366C"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377B8AFA"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198F6613"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I</w:t>
            </w:r>
          </w:p>
          <w:p w14:paraId="2D4BA4CB"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49FDDAEF"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2AC4DED6"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I</w:t>
            </w:r>
          </w:p>
          <w:p w14:paraId="5DA593AD"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341F4F2E"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302D70CD"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I</w:t>
            </w:r>
          </w:p>
          <w:p w14:paraId="5A4D4130"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60CAAAAC"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I</w:t>
            </w:r>
          </w:p>
          <w:p w14:paraId="5A027953"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2BF5541F"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7DA90379"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I</w:t>
            </w:r>
          </w:p>
          <w:p w14:paraId="57F72D78"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40983FD1"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I</w:t>
            </w:r>
          </w:p>
          <w:p w14:paraId="2BD50BFE"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2739EBA9"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p>
          <w:p w14:paraId="74128ACF" w14:textId="77777777" w:rsidR="00466A14" w:rsidRPr="00466A14" w:rsidRDefault="00466A14" w:rsidP="00466A14">
            <w:pPr>
              <w:spacing w:after="0" w:line="240" w:lineRule="auto"/>
              <w:jc w:val="center"/>
              <w:rPr>
                <w:rFonts w:ascii="Gill Sans MT" w:eastAsia="Times New Roman" w:hAnsi="Gill Sans MT" w:cs="Arial"/>
                <w:b/>
                <w:bCs/>
                <w:sz w:val="24"/>
                <w:szCs w:val="24"/>
                <w:lang w:val="en-GB"/>
              </w:rPr>
            </w:pPr>
            <w:r w:rsidRPr="00466A14">
              <w:rPr>
                <w:rFonts w:ascii="Gill Sans MT" w:eastAsia="Times New Roman" w:hAnsi="Gill Sans MT" w:cs="Arial"/>
                <w:b/>
                <w:bCs/>
                <w:sz w:val="24"/>
                <w:szCs w:val="24"/>
                <w:lang w:val="en-GB"/>
              </w:rPr>
              <w:t>I</w:t>
            </w:r>
          </w:p>
        </w:tc>
      </w:tr>
    </w:tbl>
    <w:p w14:paraId="47771823" w14:textId="77777777" w:rsidR="00466A14" w:rsidRPr="00466A14" w:rsidRDefault="00466A14" w:rsidP="00466A14">
      <w:pPr>
        <w:spacing w:after="0" w:line="240" w:lineRule="auto"/>
        <w:ind w:left="-426"/>
        <w:jc w:val="both"/>
        <w:rPr>
          <w:rFonts w:ascii="Gill Sans MT" w:eastAsia="Times New Roman" w:hAnsi="Gill Sans MT" w:cs="Times New Roman"/>
          <w:b/>
          <w:sz w:val="24"/>
          <w:szCs w:val="24"/>
          <w:lang w:eastAsia="en-GB"/>
        </w:rPr>
      </w:pPr>
      <w:r w:rsidRPr="00466A14">
        <w:rPr>
          <w:rFonts w:ascii="Gill Sans MT" w:eastAsia="Times New Roman" w:hAnsi="Gill Sans MT" w:cs="Times New Roman"/>
          <w:b/>
          <w:sz w:val="24"/>
          <w:szCs w:val="24"/>
          <w:lang w:val="en-GB" w:eastAsia="en-GB"/>
        </w:rPr>
        <w:t xml:space="preserve">Selection Method key:      </w:t>
      </w:r>
      <w:r w:rsidRPr="00466A14">
        <w:rPr>
          <w:rFonts w:ascii="Gill Sans MT" w:eastAsia="Times New Roman" w:hAnsi="Gill Sans MT" w:cs="Times New Roman"/>
          <w:b/>
          <w:sz w:val="24"/>
          <w:szCs w:val="24"/>
          <w:lang w:eastAsia="en-GB"/>
        </w:rPr>
        <w:t xml:space="preserve">I = Interview </w:t>
      </w:r>
      <w:r w:rsidRPr="00466A14">
        <w:rPr>
          <w:rFonts w:ascii="Gill Sans MT" w:eastAsia="Times New Roman" w:hAnsi="Gill Sans MT" w:cs="Times New Roman"/>
          <w:b/>
          <w:sz w:val="24"/>
          <w:szCs w:val="24"/>
          <w:lang w:eastAsia="en-GB"/>
        </w:rPr>
        <w:tab/>
        <w:t xml:space="preserve">AF = Application Form </w:t>
      </w:r>
      <w:r w:rsidRPr="00466A14">
        <w:rPr>
          <w:rFonts w:ascii="Gill Sans MT" w:eastAsia="Times New Roman" w:hAnsi="Gill Sans MT" w:cs="Times New Roman"/>
          <w:b/>
          <w:sz w:val="24"/>
          <w:szCs w:val="24"/>
          <w:lang w:eastAsia="en-GB"/>
        </w:rPr>
        <w:tab/>
      </w:r>
    </w:p>
    <w:p w14:paraId="3EE5C4CA" w14:textId="77777777" w:rsidR="00466A14" w:rsidRPr="00466A14" w:rsidRDefault="00466A14" w:rsidP="00466A14">
      <w:pPr>
        <w:autoSpaceDE w:val="0"/>
        <w:autoSpaceDN w:val="0"/>
        <w:adjustRightInd w:val="0"/>
        <w:spacing w:after="0" w:line="240" w:lineRule="auto"/>
        <w:ind w:hanging="426"/>
        <w:rPr>
          <w:rFonts w:ascii="Gill Sans MT" w:eastAsia="Times New Roman" w:hAnsi="Gill Sans MT" w:cs="Times New Roman"/>
          <w:b/>
          <w:sz w:val="24"/>
          <w:szCs w:val="24"/>
          <w:lang w:eastAsia="en-GB"/>
        </w:rPr>
      </w:pPr>
    </w:p>
    <w:p w14:paraId="0FBB5D91" w14:textId="77777777" w:rsidR="00466A14" w:rsidRPr="00466A14" w:rsidRDefault="00466A14" w:rsidP="00466A14">
      <w:pPr>
        <w:spacing w:after="0" w:line="240" w:lineRule="auto"/>
        <w:ind w:left="-426"/>
        <w:rPr>
          <w:rFonts w:ascii="Gill Sans MT" w:eastAsia="Times New Roman" w:hAnsi="Gill Sans MT" w:cs="Arial"/>
          <w:sz w:val="24"/>
          <w:szCs w:val="24"/>
          <w:lang w:val="en-GB"/>
        </w:rPr>
      </w:pPr>
      <w:r w:rsidRPr="00466A14">
        <w:rPr>
          <w:rFonts w:ascii="Gill Sans MT" w:eastAsia="Times New Roman" w:hAnsi="Gill Sans MT" w:cs="Arial"/>
          <w:sz w:val="24"/>
          <w:szCs w:val="24"/>
          <w:lang w:val="en-GB"/>
        </w:rPr>
        <w:t>Applicants will be assessed against these criteria and the following high performance indicators throughout the recruitment process.</w:t>
      </w:r>
    </w:p>
    <w:p w14:paraId="22013189" w14:textId="77777777" w:rsidR="00466A14" w:rsidRPr="00466A14" w:rsidRDefault="00466A14" w:rsidP="00466A14">
      <w:pPr>
        <w:spacing w:after="0" w:line="240" w:lineRule="auto"/>
        <w:ind w:left="-426"/>
        <w:rPr>
          <w:rFonts w:ascii="Gill Sans MT" w:eastAsia="Times New Roman" w:hAnsi="Gill Sans MT" w:cs="Arial"/>
          <w:sz w:val="24"/>
          <w:szCs w:val="24"/>
          <w:lang w:val="en-GB"/>
        </w:rPr>
      </w:pPr>
    </w:p>
    <w:p w14:paraId="22D60E8B" w14:textId="77777777" w:rsidR="00466A14" w:rsidRPr="00466A14" w:rsidRDefault="00466A14" w:rsidP="00466A14">
      <w:pPr>
        <w:spacing w:after="0" w:line="240" w:lineRule="auto"/>
        <w:ind w:left="-426"/>
        <w:rPr>
          <w:rFonts w:ascii="Gill Sans MT" w:eastAsia="Times New Roman" w:hAnsi="Gill Sans MT" w:cs="Arial"/>
          <w:sz w:val="24"/>
          <w:szCs w:val="24"/>
          <w:lang w:val="en-GB"/>
        </w:rPr>
      </w:pPr>
    </w:p>
    <w:p w14:paraId="08F89FB3" w14:textId="77777777" w:rsidR="00466A14" w:rsidRPr="00466A14" w:rsidRDefault="00466A14" w:rsidP="00466A14">
      <w:pPr>
        <w:autoSpaceDE w:val="0"/>
        <w:autoSpaceDN w:val="0"/>
        <w:adjustRightInd w:val="0"/>
        <w:spacing w:after="0" w:line="240" w:lineRule="auto"/>
        <w:ind w:hanging="426"/>
        <w:rPr>
          <w:rFonts w:ascii="Gill Sans MT" w:eastAsia="Times New Roman" w:hAnsi="Gill Sans MT" w:cs="Times New Roman"/>
          <w:b/>
          <w:sz w:val="24"/>
          <w:szCs w:val="24"/>
          <w:lang w:eastAsia="en-GB"/>
        </w:rPr>
      </w:pPr>
      <w:r w:rsidRPr="00466A14">
        <w:rPr>
          <w:rFonts w:ascii="Gill Sans MT" w:eastAsia="Times New Roman" w:hAnsi="Gill Sans MT" w:cs="Times New Roman"/>
          <w:b/>
          <w:sz w:val="24"/>
          <w:szCs w:val="24"/>
          <w:lang w:eastAsia="en-GB"/>
        </w:rPr>
        <w:t>High Performance Indicators</w:t>
      </w:r>
    </w:p>
    <w:p w14:paraId="45134828" w14:textId="77777777" w:rsidR="00466A14" w:rsidRPr="00466A14" w:rsidRDefault="00466A14" w:rsidP="00466A14">
      <w:pPr>
        <w:autoSpaceDE w:val="0"/>
        <w:autoSpaceDN w:val="0"/>
        <w:adjustRightInd w:val="0"/>
        <w:spacing w:after="0" w:line="240" w:lineRule="auto"/>
        <w:ind w:hanging="426"/>
        <w:rPr>
          <w:rFonts w:ascii="Gill Sans MT" w:eastAsia="Times New Roman" w:hAnsi="Gill Sans MT" w:cs="Times New Roman"/>
          <w:b/>
          <w:sz w:val="24"/>
          <w:szCs w:val="24"/>
          <w:lang w:eastAsia="en-GB"/>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4"/>
        <w:gridCol w:w="3222"/>
        <w:gridCol w:w="3644"/>
      </w:tblGrid>
      <w:tr w:rsidR="00466A14" w:rsidRPr="00466A14" w14:paraId="58F7135F" w14:textId="77777777" w:rsidTr="00650C0C">
        <w:tc>
          <w:tcPr>
            <w:tcW w:w="876" w:type="pct"/>
            <w:shd w:val="clear" w:color="auto" w:fill="E6E6E6"/>
            <w:vAlign w:val="center"/>
          </w:tcPr>
          <w:p w14:paraId="0FC3EDDE" w14:textId="77777777" w:rsidR="00466A14" w:rsidRPr="00466A14" w:rsidRDefault="00466A14" w:rsidP="00466A14">
            <w:pPr>
              <w:overflowPunct w:val="0"/>
              <w:autoSpaceDE w:val="0"/>
              <w:autoSpaceDN w:val="0"/>
              <w:adjustRightInd w:val="0"/>
              <w:spacing w:before="120" w:after="120" w:line="240" w:lineRule="auto"/>
              <w:jc w:val="center"/>
              <w:textAlignment w:val="baseline"/>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Values</w:t>
            </w:r>
          </w:p>
        </w:tc>
        <w:tc>
          <w:tcPr>
            <w:tcW w:w="1940" w:type="pct"/>
            <w:shd w:val="clear" w:color="auto" w:fill="E6E6E6"/>
            <w:vAlign w:val="center"/>
          </w:tcPr>
          <w:p w14:paraId="6A890E20" w14:textId="77777777" w:rsidR="00466A14" w:rsidRPr="00466A14" w:rsidRDefault="00466A14" w:rsidP="00466A14">
            <w:pPr>
              <w:overflowPunct w:val="0"/>
              <w:autoSpaceDE w:val="0"/>
              <w:autoSpaceDN w:val="0"/>
              <w:adjustRightInd w:val="0"/>
              <w:spacing w:after="0" w:line="240" w:lineRule="auto"/>
              <w:jc w:val="center"/>
              <w:textAlignment w:val="baseline"/>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Behaviours for staff</w:t>
            </w:r>
          </w:p>
        </w:tc>
        <w:tc>
          <w:tcPr>
            <w:tcW w:w="2184" w:type="pct"/>
            <w:shd w:val="clear" w:color="auto" w:fill="E6E6E6"/>
            <w:vAlign w:val="center"/>
          </w:tcPr>
          <w:p w14:paraId="26EFCF79" w14:textId="77777777" w:rsidR="00466A14" w:rsidRPr="00466A14" w:rsidRDefault="00466A14" w:rsidP="00466A14">
            <w:pPr>
              <w:overflowPunct w:val="0"/>
              <w:autoSpaceDE w:val="0"/>
              <w:autoSpaceDN w:val="0"/>
              <w:adjustRightInd w:val="0"/>
              <w:spacing w:after="0" w:line="240" w:lineRule="auto"/>
              <w:jc w:val="center"/>
              <w:textAlignment w:val="baseline"/>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Behaviours for managers</w:t>
            </w:r>
          </w:p>
        </w:tc>
      </w:tr>
      <w:tr w:rsidR="00466A14" w:rsidRPr="00466A14" w14:paraId="1BB8BBDD" w14:textId="77777777" w:rsidTr="00650C0C">
        <w:tc>
          <w:tcPr>
            <w:tcW w:w="876" w:type="pct"/>
          </w:tcPr>
          <w:p w14:paraId="19AF091E" w14:textId="77777777" w:rsidR="00466A14" w:rsidRPr="00466A14" w:rsidRDefault="00466A14" w:rsidP="00466A14">
            <w:pPr>
              <w:overflowPunct w:val="0"/>
              <w:autoSpaceDE w:val="0"/>
              <w:autoSpaceDN w:val="0"/>
              <w:adjustRightInd w:val="0"/>
              <w:spacing w:before="120" w:after="120" w:line="240" w:lineRule="auto"/>
              <w:jc w:val="both"/>
              <w:textAlignment w:val="baseline"/>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lastRenderedPageBreak/>
              <w:t>Innovation</w:t>
            </w:r>
          </w:p>
          <w:p w14:paraId="6AFD8310" w14:textId="77777777" w:rsidR="00466A14" w:rsidRPr="00466A14" w:rsidRDefault="00466A14" w:rsidP="00466A14">
            <w:pPr>
              <w:overflowPunct w:val="0"/>
              <w:autoSpaceDE w:val="0"/>
              <w:autoSpaceDN w:val="0"/>
              <w:adjustRightInd w:val="0"/>
              <w:spacing w:before="120" w:after="120" w:line="240" w:lineRule="auto"/>
              <w:jc w:val="both"/>
              <w:textAlignment w:val="baseline"/>
              <w:rPr>
                <w:rFonts w:ascii="Gill Sans MT" w:eastAsia="Times New Roman" w:hAnsi="Gill Sans MT" w:cs="Arial"/>
                <w:i/>
                <w:sz w:val="24"/>
                <w:szCs w:val="24"/>
                <w:lang w:val="en-GB"/>
              </w:rPr>
            </w:pPr>
          </w:p>
        </w:tc>
        <w:tc>
          <w:tcPr>
            <w:tcW w:w="1940" w:type="pct"/>
          </w:tcPr>
          <w:p w14:paraId="1A99DB60"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 xml:space="preserve">I respond flexibly and adapt to changing demands </w:t>
            </w:r>
          </w:p>
          <w:p w14:paraId="1B81AE58"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590A2FD9"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am prepared to take managed risks to achieve better outcomes</w:t>
            </w:r>
          </w:p>
          <w:p w14:paraId="76DA756A"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35D75EB1"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ask ‘What if…? to develop fresh thinking and innovative approaches to generate and implement solutions to improve performance and challenge the status quo</w:t>
            </w:r>
          </w:p>
          <w:p w14:paraId="22587775"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tc>
        <w:tc>
          <w:tcPr>
            <w:tcW w:w="2184" w:type="pct"/>
          </w:tcPr>
          <w:p w14:paraId="36EB7E19"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routinely look for innovative and cost-effective ways to improve performance and customer service</w:t>
            </w:r>
          </w:p>
          <w:p w14:paraId="03516093"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63F2928F"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champion change and deal successfully with ambiguity, enabling people to see positive and exciting possibilities for the future</w:t>
            </w:r>
          </w:p>
          <w:p w14:paraId="6BED69C4"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0DFF71AD"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take calculated risks based on available evidence and my professional judgement to learn and try new things</w:t>
            </w:r>
          </w:p>
        </w:tc>
      </w:tr>
      <w:tr w:rsidR="00466A14" w:rsidRPr="00466A14" w14:paraId="4EEFBFD4" w14:textId="77777777" w:rsidTr="00650C0C">
        <w:tc>
          <w:tcPr>
            <w:tcW w:w="876" w:type="pct"/>
          </w:tcPr>
          <w:p w14:paraId="190BC1BD" w14:textId="77777777" w:rsidR="00466A14" w:rsidRPr="00466A14" w:rsidRDefault="00466A14" w:rsidP="00466A14">
            <w:pPr>
              <w:overflowPunct w:val="0"/>
              <w:autoSpaceDE w:val="0"/>
              <w:autoSpaceDN w:val="0"/>
              <w:adjustRightInd w:val="0"/>
              <w:spacing w:before="120" w:after="120" w:line="240" w:lineRule="auto"/>
              <w:jc w:val="both"/>
              <w:textAlignment w:val="baseline"/>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Leadership</w:t>
            </w:r>
          </w:p>
        </w:tc>
        <w:tc>
          <w:tcPr>
            <w:tcW w:w="1940" w:type="pct"/>
          </w:tcPr>
          <w:p w14:paraId="731428D4"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demonstrate a clear sense of purpose and direction, in line with organisational objectives</w:t>
            </w:r>
          </w:p>
          <w:p w14:paraId="676F3D8E"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31996A32"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am willing to take difficult decisions</w:t>
            </w:r>
          </w:p>
          <w:p w14:paraId="658BD26F"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4014D719"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My personal actions promote a positive image of Bexley</w:t>
            </w:r>
          </w:p>
        </w:tc>
        <w:tc>
          <w:tcPr>
            <w:tcW w:w="2184" w:type="pct"/>
          </w:tcPr>
          <w:p w14:paraId="7A8CADB3"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take responsibility for my service and for making things happen to make a difference to my service users</w:t>
            </w:r>
          </w:p>
          <w:p w14:paraId="01F0A125"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0762B853"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create an environment where staff can thrive and show I value and trust staff, give praise and recognise good work</w:t>
            </w:r>
          </w:p>
          <w:p w14:paraId="7145FE40"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2537D3A1"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inspire, lead and encourage staff to move forward</w:t>
            </w:r>
          </w:p>
          <w:p w14:paraId="69BE91E4"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tc>
      </w:tr>
      <w:tr w:rsidR="00466A14" w:rsidRPr="00466A14" w14:paraId="0F0CE5D7" w14:textId="77777777" w:rsidTr="00650C0C">
        <w:tc>
          <w:tcPr>
            <w:tcW w:w="876" w:type="pct"/>
          </w:tcPr>
          <w:p w14:paraId="5E9F0659" w14:textId="77777777" w:rsidR="00466A14" w:rsidRPr="00466A14" w:rsidRDefault="00466A14" w:rsidP="00466A14">
            <w:pPr>
              <w:overflowPunct w:val="0"/>
              <w:autoSpaceDE w:val="0"/>
              <w:autoSpaceDN w:val="0"/>
              <w:adjustRightInd w:val="0"/>
              <w:spacing w:before="120" w:after="120" w:line="240" w:lineRule="auto"/>
              <w:jc w:val="both"/>
              <w:textAlignment w:val="baseline"/>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Collaboration</w:t>
            </w:r>
          </w:p>
          <w:p w14:paraId="15C37879" w14:textId="77777777" w:rsidR="00466A14" w:rsidRPr="00466A14" w:rsidRDefault="00466A14" w:rsidP="00466A14">
            <w:pPr>
              <w:overflowPunct w:val="0"/>
              <w:autoSpaceDE w:val="0"/>
              <w:autoSpaceDN w:val="0"/>
              <w:adjustRightInd w:val="0"/>
              <w:spacing w:before="120" w:after="120" w:line="240" w:lineRule="auto"/>
              <w:jc w:val="both"/>
              <w:textAlignment w:val="baseline"/>
              <w:rPr>
                <w:rFonts w:ascii="Gill Sans MT" w:eastAsia="Times New Roman" w:hAnsi="Gill Sans MT" w:cs="Arial"/>
                <w:i/>
                <w:sz w:val="24"/>
                <w:szCs w:val="24"/>
                <w:lang w:val="en-GB"/>
              </w:rPr>
            </w:pPr>
          </w:p>
        </w:tc>
        <w:tc>
          <w:tcPr>
            <w:tcW w:w="1940" w:type="pct"/>
          </w:tcPr>
          <w:p w14:paraId="06F18244"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show respect for others and value contributions from internal and external partners and customers</w:t>
            </w:r>
          </w:p>
          <w:p w14:paraId="7A1F290A"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187669A2"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recognise the right solution, regardless of who initiated it</w:t>
            </w:r>
          </w:p>
          <w:p w14:paraId="11BF2F37"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6E830FC5"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seek out and work with partners who can help me achieve the outcomes and objectives I need to deliver</w:t>
            </w:r>
          </w:p>
          <w:p w14:paraId="3500DAA6"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tc>
        <w:tc>
          <w:tcPr>
            <w:tcW w:w="2184" w:type="pct"/>
          </w:tcPr>
          <w:p w14:paraId="7CD0E34C"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encourage the feeling that the team is a collective unit with shared goals</w:t>
            </w:r>
          </w:p>
          <w:p w14:paraId="74ACE85F"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285B77D4"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engage with service partners and other areas of the Bexley organisation to understand the demands on others and seek solutions as One Council</w:t>
            </w:r>
          </w:p>
          <w:p w14:paraId="5810C878"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16E7963D"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network internally and externally</w:t>
            </w:r>
          </w:p>
          <w:p w14:paraId="4D7B5230" w14:textId="77777777" w:rsidR="00466A14" w:rsidRPr="00466A14" w:rsidRDefault="00466A14" w:rsidP="00466A14">
            <w:pPr>
              <w:spacing w:after="0" w:line="240" w:lineRule="auto"/>
              <w:ind w:left="720"/>
              <w:contextualSpacing/>
              <w:rPr>
                <w:rFonts w:ascii="Gill Sans MT" w:eastAsia="Calibri" w:hAnsi="Gill Sans MT" w:cs="Arial"/>
                <w:lang w:val="en-GB"/>
              </w:rPr>
            </w:pPr>
          </w:p>
        </w:tc>
      </w:tr>
      <w:tr w:rsidR="00466A14" w:rsidRPr="00466A14" w14:paraId="375E0E7D" w14:textId="77777777" w:rsidTr="00650C0C">
        <w:tc>
          <w:tcPr>
            <w:tcW w:w="876" w:type="pct"/>
          </w:tcPr>
          <w:p w14:paraId="7CDA19E1" w14:textId="77777777" w:rsidR="00466A14" w:rsidRPr="00466A14" w:rsidRDefault="00466A14" w:rsidP="00466A14">
            <w:pPr>
              <w:overflowPunct w:val="0"/>
              <w:autoSpaceDE w:val="0"/>
              <w:autoSpaceDN w:val="0"/>
              <w:adjustRightInd w:val="0"/>
              <w:spacing w:before="120" w:after="120" w:line="240" w:lineRule="auto"/>
              <w:jc w:val="both"/>
              <w:textAlignment w:val="baseline"/>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Listening and Responding</w:t>
            </w:r>
          </w:p>
        </w:tc>
        <w:tc>
          <w:tcPr>
            <w:tcW w:w="1940" w:type="pct"/>
          </w:tcPr>
          <w:p w14:paraId="561FD675"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acknowledge other people’s viewpoints and work with them to find a win-win solution</w:t>
            </w:r>
          </w:p>
          <w:p w14:paraId="1E731AF3"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40DDAAF4"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prepare and present information anticipating questions and problems</w:t>
            </w:r>
          </w:p>
          <w:p w14:paraId="12F421D8"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3AC30EB8"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adapt my style to the audience and their needs, using the most appropriate communication channels</w:t>
            </w:r>
          </w:p>
        </w:tc>
        <w:tc>
          <w:tcPr>
            <w:tcW w:w="2184" w:type="pct"/>
          </w:tcPr>
          <w:p w14:paraId="68188BF9"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 xml:space="preserve">I seek regular service user feedback and review customer data to shape service improvements </w:t>
            </w:r>
          </w:p>
          <w:p w14:paraId="10BEB536"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7F3AA5B7"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ask staff for ideas on how to improve our service and how I can improve as a manager, listen to them and act on  them</w:t>
            </w:r>
          </w:p>
          <w:p w14:paraId="07F45A2A"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4433BA53"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w:t>
            </w:r>
            <w:r w:rsidRPr="00466A14">
              <w:rPr>
                <w:rFonts w:ascii="Gill Sans MT" w:eastAsia="Times New Roman" w:hAnsi="Gill Sans MT" w:cs="Arial"/>
                <w:i/>
                <w:lang w:val="en-GB"/>
              </w:rPr>
              <w:t xml:space="preserve"> e</w:t>
            </w:r>
            <w:r w:rsidRPr="00466A14">
              <w:rPr>
                <w:rFonts w:ascii="Gill Sans MT" w:eastAsia="Times New Roman" w:hAnsi="Gill Sans MT" w:cs="Arial"/>
                <w:lang w:val="en-GB"/>
              </w:rPr>
              <w:t>mpower staff to make decisions and changes to improve value for money, customer service and productivity</w:t>
            </w:r>
          </w:p>
          <w:p w14:paraId="0F7FDD6B"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tc>
      </w:tr>
      <w:tr w:rsidR="00466A14" w:rsidRPr="00466A14" w14:paraId="244D4B3D" w14:textId="77777777" w:rsidTr="00650C0C">
        <w:tc>
          <w:tcPr>
            <w:tcW w:w="876" w:type="pct"/>
          </w:tcPr>
          <w:p w14:paraId="2E5EA93A" w14:textId="77777777" w:rsidR="00466A14" w:rsidRPr="00466A14" w:rsidRDefault="00466A14" w:rsidP="00466A14">
            <w:pPr>
              <w:overflowPunct w:val="0"/>
              <w:autoSpaceDE w:val="0"/>
              <w:autoSpaceDN w:val="0"/>
              <w:adjustRightInd w:val="0"/>
              <w:spacing w:before="120" w:after="120" w:line="240" w:lineRule="auto"/>
              <w:jc w:val="both"/>
              <w:textAlignment w:val="baseline"/>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lastRenderedPageBreak/>
              <w:t>Open and Accessible</w:t>
            </w:r>
          </w:p>
        </w:tc>
        <w:tc>
          <w:tcPr>
            <w:tcW w:w="1940" w:type="pct"/>
          </w:tcPr>
          <w:p w14:paraId="008EEB6B"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see issues from the customer / user perspective</w:t>
            </w:r>
          </w:p>
          <w:p w14:paraId="05EA1714"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00841E61"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monitor customer feedback and level of satisfaction with the service they receive, and use this to improve and pre-empt customer needs</w:t>
            </w:r>
          </w:p>
          <w:p w14:paraId="678E327B"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55337EF0"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 xml:space="preserve">I seek to build and maintain positive relationships with customers and partners </w:t>
            </w:r>
          </w:p>
          <w:p w14:paraId="3399A065"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tc>
        <w:tc>
          <w:tcPr>
            <w:tcW w:w="2184" w:type="pct"/>
          </w:tcPr>
          <w:p w14:paraId="27AB090D"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am accessible to my service users, customers, staff and Members</w:t>
            </w:r>
          </w:p>
          <w:p w14:paraId="678700B3"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4132D015"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communicate and share a clear vision for the bigger picture as well as specific service areas</w:t>
            </w:r>
          </w:p>
          <w:p w14:paraId="55659589"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352695CB"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outline what is expected of individuals and their contribution to the whole, and am consistent in my expectations</w:t>
            </w:r>
          </w:p>
        </w:tc>
      </w:tr>
      <w:tr w:rsidR="00466A14" w:rsidRPr="00466A14" w14:paraId="4CA55132" w14:textId="77777777" w:rsidTr="00650C0C">
        <w:tc>
          <w:tcPr>
            <w:tcW w:w="876" w:type="pct"/>
          </w:tcPr>
          <w:p w14:paraId="444C295E" w14:textId="77777777" w:rsidR="00466A14" w:rsidRPr="00466A14" w:rsidRDefault="00466A14" w:rsidP="00466A14">
            <w:pPr>
              <w:overflowPunct w:val="0"/>
              <w:autoSpaceDE w:val="0"/>
              <w:autoSpaceDN w:val="0"/>
              <w:adjustRightInd w:val="0"/>
              <w:spacing w:before="120" w:after="120" w:line="240" w:lineRule="auto"/>
              <w:jc w:val="both"/>
              <w:textAlignment w:val="baseline"/>
              <w:rPr>
                <w:rFonts w:ascii="Gill Sans MT" w:eastAsia="Times New Roman" w:hAnsi="Gill Sans MT" w:cs="Arial"/>
                <w:b/>
                <w:sz w:val="24"/>
                <w:szCs w:val="24"/>
                <w:lang w:val="en-GB"/>
              </w:rPr>
            </w:pPr>
            <w:r w:rsidRPr="00466A14">
              <w:rPr>
                <w:rFonts w:ascii="Gill Sans MT" w:eastAsia="Times New Roman" w:hAnsi="Gill Sans MT" w:cs="Arial"/>
                <w:b/>
                <w:sz w:val="24"/>
                <w:szCs w:val="24"/>
                <w:lang w:val="en-GB"/>
              </w:rPr>
              <w:t>Impact</w:t>
            </w:r>
          </w:p>
          <w:p w14:paraId="38DBDC8E" w14:textId="77777777" w:rsidR="00466A14" w:rsidRPr="00466A14" w:rsidRDefault="00466A14" w:rsidP="00466A14">
            <w:pPr>
              <w:overflowPunct w:val="0"/>
              <w:autoSpaceDE w:val="0"/>
              <w:autoSpaceDN w:val="0"/>
              <w:adjustRightInd w:val="0"/>
              <w:spacing w:before="120" w:after="120" w:line="240" w:lineRule="auto"/>
              <w:jc w:val="both"/>
              <w:textAlignment w:val="baseline"/>
              <w:rPr>
                <w:rFonts w:ascii="Gill Sans MT" w:eastAsia="Times New Roman" w:hAnsi="Gill Sans MT" w:cs="Arial"/>
                <w:i/>
                <w:sz w:val="24"/>
                <w:szCs w:val="24"/>
                <w:lang w:val="en-GB"/>
              </w:rPr>
            </w:pPr>
          </w:p>
        </w:tc>
        <w:tc>
          <w:tcPr>
            <w:tcW w:w="1940" w:type="pct"/>
          </w:tcPr>
          <w:p w14:paraId="65A91285"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prioritise my activities and resources to focus on those which have the most impact for residents</w:t>
            </w:r>
          </w:p>
          <w:p w14:paraId="2238577A"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6680B105"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take responsibility for making things happen and achieving my objectives</w:t>
            </w:r>
          </w:p>
          <w:p w14:paraId="7213F484"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029854C8"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 xml:space="preserve">I make decisions and clear recommendations based on my professional opinion and experience, informed by a range of information and evidence </w:t>
            </w:r>
          </w:p>
          <w:p w14:paraId="28F934A1"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tc>
        <w:tc>
          <w:tcPr>
            <w:tcW w:w="2184" w:type="pct"/>
          </w:tcPr>
          <w:p w14:paraId="7B64D243"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design services that provide value for money and deliver our outcomes, informed by evidence</w:t>
            </w:r>
          </w:p>
          <w:p w14:paraId="65E35A03"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5E0100BA"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produce, prioritise and adapt plans to meet changing requirements</w:t>
            </w:r>
          </w:p>
          <w:p w14:paraId="6785BF07"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10FE591F"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set interim goals to achieve notable wins on the way to larger objectives</w:t>
            </w:r>
          </w:p>
          <w:p w14:paraId="08ADAB1E"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p>
          <w:p w14:paraId="098A61DD" w14:textId="77777777" w:rsidR="00466A14" w:rsidRPr="00466A14" w:rsidRDefault="00466A14" w:rsidP="00466A14">
            <w:pPr>
              <w:overflowPunct w:val="0"/>
              <w:autoSpaceDE w:val="0"/>
              <w:autoSpaceDN w:val="0"/>
              <w:adjustRightInd w:val="0"/>
              <w:spacing w:after="0" w:line="240" w:lineRule="auto"/>
              <w:jc w:val="both"/>
              <w:textAlignment w:val="baseline"/>
              <w:rPr>
                <w:rFonts w:ascii="Gill Sans MT" w:eastAsia="Times New Roman" w:hAnsi="Gill Sans MT" w:cs="Arial"/>
                <w:lang w:val="en-GB"/>
              </w:rPr>
            </w:pPr>
            <w:r w:rsidRPr="00466A14">
              <w:rPr>
                <w:rFonts w:ascii="Gill Sans MT" w:eastAsia="Times New Roman" w:hAnsi="Gill Sans MT" w:cs="Arial"/>
                <w:lang w:val="en-GB"/>
              </w:rPr>
              <w:t>I deal with poor performance</w:t>
            </w:r>
          </w:p>
          <w:p w14:paraId="1CD90519" w14:textId="77777777" w:rsidR="00466A14" w:rsidRPr="00466A14" w:rsidRDefault="00466A14" w:rsidP="00466A14">
            <w:pPr>
              <w:spacing w:after="0" w:line="240" w:lineRule="auto"/>
              <w:ind w:left="720"/>
              <w:contextualSpacing/>
              <w:rPr>
                <w:rFonts w:ascii="Gill Sans MT" w:eastAsia="Calibri" w:hAnsi="Gill Sans MT" w:cs="Arial"/>
                <w:lang w:val="en-GB"/>
              </w:rPr>
            </w:pPr>
          </w:p>
        </w:tc>
      </w:tr>
    </w:tbl>
    <w:p w14:paraId="7D28BF15" w14:textId="77777777" w:rsidR="00466A14" w:rsidRPr="00466A14" w:rsidRDefault="00466A14" w:rsidP="00466A14">
      <w:pPr>
        <w:autoSpaceDE w:val="0"/>
        <w:autoSpaceDN w:val="0"/>
        <w:adjustRightInd w:val="0"/>
        <w:spacing w:after="0" w:line="240" w:lineRule="auto"/>
        <w:ind w:hanging="426"/>
        <w:rPr>
          <w:rFonts w:ascii="Gill Sans MT" w:eastAsia="Times New Roman" w:hAnsi="Gill Sans MT" w:cs="Times New Roman"/>
          <w:b/>
          <w:sz w:val="24"/>
          <w:szCs w:val="24"/>
          <w:lang w:eastAsia="en-GB"/>
        </w:rPr>
      </w:pPr>
    </w:p>
    <w:p w14:paraId="1745B94A" w14:textId="77777777" w:rsidR="00874995" w:rsidRDefault="00874995" w:rsidP="00874995">
      <w:pPr>
        <w:pStyle w:val="ListBullet"/>
        <w:numPr>
          <w:ilvl w:val="0"/>
          <w:numId w:val="0"/>
        </w:numPr>
        <w:ind w:left="360" w:hanging="360"/>
        <w:rPr>
          <w:rFonts w:ascii="Arial" w:eastAsia="Arial" w:hAnsi="Arial" w:cs="Arial"/>
          <w:sz w:val="28"/>
          <w:szCs w:val="28"/>
        </w:rPr>
      </w:pPr>
    </w:p>
    <w:p w14:paraId="40256892" w14:textId="77777777" w:rsidR="00874995" w:rsidRPr="00874995" w:rsidRDefault="00874995" w:rsidP="00874995">
      <w:pPr>
        <w:pStyle w:val="ListBullet"/>
        <w:numPr>
          <w:ilvl w:val="0"/>
          <w:numId w:val="0"/>
        </w:numPr>
        <w:ind w:left="360" w:hanging="360"/>
        <w:rPr>
          <w:rFonts w:ascii="Arial" w:eastAsia="Arial" w:hAnsi="Arial" w:cs="Arial"/>
          <w:sz w:val="28"/>
          <w:szCs w:val="28"/>
        </w:rPr>
      </w:pPr>
    </w:p>
    <w:sectPr w:rsidR="00874995" w:rsidRPr="0087499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0757934"/>
    <w:multiLevelType w:val="hybridMultilevel"/>
    <w:tmpl w:val="3356C6D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13118D2E"/>
    <w:multiLevelType w:val="hybridMultilevel"/>
    <w:tmpl w:val="6B68D328"/>
    <w:lvl w:ilvl="0" w:tplc="4E3E258C">
      <w:start w:val="1"/>
      <w:numFmt w:val="bullet"/>
      <w:lvlText w:val=""/>
      <w:lvlJc w:val="left"/>
      <w:pPr>
        <w:ind w:left="720" w:hanging="360"/>
      </w:pPr>
      <w:rPr>
        <w:rFonts w:ascii="Symbol" w:hAnsi="Symbol" w:hint="default"/>
      </w:rPr>
    </w:lvl>
    <w:lvl w:ilvl="1" w:tplc="D0D66236">
      <w:start w:val="1"/>
      <w:numFmt w:val="bullet"/>
      <w:lvlText w:val="o"/>
      <w:lvlJc w:val="left"/>
      <w:pPr>
        <w:ind w:left="1440" w:hanging="360"/>
      </w:pPr>
      <w:rPr>
        <w:rFonts w:ascii="Courier New" w:hAnsi="Courier New" w:hint="default"/>
      </w:rPr>
    </w:lvl>
    <w:lvl w:ilvl="2" w:tplc="06A8CF90">
      <w:start w:val="1"/>
      <w:numFmt w:val="bullet"/>
      <w:lvlText w:val=""/>
      <w:lvlJc w:val="left"/>
      <w:pPr>
        <w:ind w:left="2160" w:hanging="360"/>
      </w:pPr>
      <w:rPr>
        <w:rFonts w:ascii="Wingdings" w:hAnsi="Wingdings" w:hint="default"/>
      </w:rPr>
    </w:lvl>
    <w:lvl w:ilvl="3" w:tplc="41D84FDE">
      <w:start w:val="1"/>
      <w:numFmt w:val="bullet"/>
      <w:lvlText w:val=""/>
      <w:lvlJc w:val="left"/>
      <w:pPr>
        <w:ind w:left="2880" w:hanging="360"/>
      </w:pPr>
      <w:rPr>
        <w:rFonts w:ascii="Symbol" w:hAnsi="Symbol" w:hint="default"/>
      </w:rPr>
    </w:lvl>
    <w:lvl w:ilvl="4" w:tplc="4CAE15D0">
      <w:start w:val="1"/>
      <w:numFmt w:val="bullet"/>
      <w:lvlText w:val="o"/>
      <w:lvlJc w:val="left"/>
      <w:pPr>
        <w:ind w:left="3600" w:hanging="360"/>
      </w:pPr>
      <w:rPr>
        <w:rFonts w:ascii="Courier New" w:hAnsi="Courier New" w:hint="default"/>
      </w:rPr>
    </w:lvl>
    <w:lvl w:ilvl="5" w:tplc="2D58E92A">
      <w:start w:val="1"/>
      <w:numFmt w:val="bullet"/>
      <w:lvlText w:val=""/>
      <w:lvlJc w:val="left"/>
      <w:pPr>
        <w:ind w:left="4320" w:hanging="360"/>
      </w:pPr>
      <w:rPr>
        <w:rFonts w:ascii="Wingdings" w:hAnsi="Wingdings" w:hint="default"/>
      </w:rPr>
    </w:lvl>
    <w:lvl w:ilvl="6" w:tplc="9D88E51A">
      <w:start w:val="1"/>
      <w:numFmt w:val="bullet"/>
      <w:lvlText w:val=""/>
      <w:lvlJc w:val="left"/>
      <w:pPr>
        <w:ind w:left="5040" w:hanging="360"/>
      </w:pPr>
      <w:rPr>
        <w:rFonts w:ascii="Symbol" w:hAnsi="Symbol" w:hint="default"/>
      </w:rPr>
    </w:lvl>
    <w:lvl w:ilvl="7" w:tplc="BEA8BA38">
      <w:start w:val="1"/>
      <w:numFmt w:val="bullet"/>
      <w:lvlText w:val="o"/>
      <w:lvlJc w:val="left"/>
      <w:pPr>
        <w:ind w:left="5760" w:hanging="360"/>
      </w:pPr>
      <w:rPr>
        <w:rFonts w:ascii="Courier New" w:hAnsi="Courier New" w:hint="default"/>
      </w:rPr>
    </w:lvl>
    <w:lvl w:ilvl="8" w:tplc="67FCBE40">
      <w:start w:val="1"/>
      <w:numFmt w:val="bullet"/>
      <w:lvlText w:val=""/>
      <w:lvlJc w:val="left"/>
      <w:pPr>
        <w:ind w:left="6480" w:hanging="360"/>
      </w:pPr>
      <w:rPr>
        <w:rFonts w:ascii="Wingdings" w:hAnsi="Wingdings" w:hint="default"/>
      </w:rPr>
    </w:lvl>
  </w:abstractNum>
  <w:abstractNum w:abstractNumId="11" w15:restartNumberingAfterBreak="0">
    <w:nsid w:val="18172C8B"/>
    <w:multiLevelType w:val="hybridMultilevel"/>
    <w:tmpl w:val="DD62A8D2"/>
    <w:lvl w:ilvl="0" w:tplc="066A78D8">
      <w:start w:val="1"/>
      <w:numFmt w:val="bullet"/>
      <w:lvlText w:val=""/>
      <w:lvlJc w:val="left"/>
      <w:pPr>
        <w:ind w:left="360" w:hanging="360"/>
      </w:pPr>
      <w:rPr>
        <w:rFonts w:ascii="Symbol" w:hAnsi="Symbol" w:hint="default"/>
      </w:rPr>
    </w:lvl>
    <w:lvl w:ilvl="1" w:tplc="81EE1726">
      <w:start w:val="1"/>
      <w:numFmt w:val="bullet"/>
      <w:lvlText w:val="o"/>
      <w:lvlJc w:val="left"/>
      <w:pPr>
        <w:ind w:left="1080" w:hanging="360"/>
      </w:pPr>
      <w:rPr>
        <w:rFonts w:ascii="Courier New" w:hAnsi="Courier New" w:hint="default"/>
      </w:rPr>
    </w:lvl>
    <w:lvl w:ilvl="2" w:tplc="5336D534">
      <w:start w:val="1"/>
      <w:numFmt w:val="bullet"/>
      <w:lvlText w:val=""/>
      <w:lvlJc w:val="left"/>
      <w:pPr>
        <w:ind w:left="1800" w:hanging="360"/>
      </w:pPr>
      <w:rPr>
        <w:rFonts w:ascii="Wingdings" w:hAnsi="Wingdings" w:hint="default"/>
      </w:rPr>
    </w:lvl>
    <w:lvl w:ilvl="3" w:tplc="A832F522">
      <w:start w:val="1"/>
      <w:numFmt w:val="bullet"/>
      <w:lvlText w:val=""/>
      <w:lvlJc w:val="left"/>
      <w:pPr>
        <w:ind w:left="2520" w:hanging="360"/>
      </w:pPr>
      <w:rPr>
        <w:rFonts w:ascii="Symbol" w:hAnsi="Symbol" w:hint="default"/>
      </w:rPr>
    </w:lvl>
    <w:lvl w:ilvl="4" w:tplc="E254497E">
      <w:start w:val="1"/>
      <w:numFmt w:val="bullet"/>
      <w:lvlText w:val="o"/>
      <w:lvlJc w:val="left"/>
      <w:pPr>
        <w:ind w:left="3240" w:hanging="360"/>
      </w:pPr>
      <w:rPr>
        <w:rFonts w:ascii="Courier New" w:hAnsi="Courier New" w:hint="default"/>
      </w:rPr>
    </w:lvl>
    <w:lvl w:ilvl="5" w:tplc="DA6A99C8">
      <w:start w:val="1"/>
      <w:numFmt w:val="bullet"/>
      <w:lvlText w:val=""/>
      <w:lvlJc w:val="left"/>
      <w:pPr>
        <w:ind w:left="3960" w:hanging="360"/>
      </w:pPr>
      <w:rPr>
        <w:rFonts w:ascii="Wingdings" w:hAnsi="Wingdings" w:hint="default"/>
      </w:rPr>
    </w:lvl>
    <w:lvl w:ilvl="6" w:tplc="F6E67354">
      <w:start w:val="1"/>
      <w:numFmt w:val="bullet"/>
      <w:lvlText w:val=""/>
      <w:lvlJc w:val="left"/>
      <w:pPr>
        <w:ind w:left="4680" w:hanging="360"/>
      </w:pPr>
      <w:rPr>
        <w:rFonts w:ascii="Symbol" w:hAnsi="Symbol" w:hint="default"/>
      </w:rPr>
    </w:lvl>
    <w:lvl w:ilvl="7" w:tplc="D9D4529E">
      <w:start w:val="1"/>
      <w:numFmt w:val="bullet"/>
      <w:lvlText w:val="o"/>
      <w:lvlJc w:val="left"/>
      <w:pPr>
        <w:ind w:left="5400" w:hanging="360"/>
      </w:pPr>
      <w:rPr>
        <w:rFonts w:ascii="Courier New" w:hAnsi="Courier New" w:hint="default"/>
      </w:rPr>
    </w:lvl>
    <w:lvl w:ilvl="8" w:tplc="DFEAC334">
      <w:start w:val="1"/>
      <w:numFmt w:val="bullet"/>
      <w:lvlText w:val=""/>
      <w:lvlJc w:val="left"/>
      <w:pPr>
        <w:ind w:left="6120" w:hanging="360"/>
      </w:pPr>
      <w:rPr>
        <w:rFonts w:ascii="Wingdings" w:hAnsi="Wingdings" w:hint="default"/>
      </w:rPr>
    </w:lvl>
  </w:abstractNum>
  <w:abstractNum w:abstractNumId="12" w15:restartNumberingAfterBreak="0">
    <w:nsid w:val="3E4F0071"/>
    <w:multiLevelType w:val="hybridMultilevel"/>
    <w:tmpl w:val="70C000FE"/>
    <w:lvl w:ilvl="0" w:tplc="7952E3BA">
      <w:start w:val="1"/>
      <w:numFmt w:val="bullet"/>
      <w:lvlText w:val=""/>
      <w:lvlJc w:val="left"/>
      <w:pPr>
        <w:ind w:left="360" w:hanging="360"/>
      </w:pPr>
      <w:rPr>
        <w:rFonts w:ascii="Symbol" w:hAnsi="Symbol" w:hint="default"/>
      </w:rPr>
    </w:lvl>
    <w:lvl w:ilvl="1" w:tplc="D206B510">
      <w:start w:val="1"/>
      <w:numFmt w:val="bullet"/>
      <w:lvlText w:val="o"/>
      <w:lvlJc w:val="left"/>
      <w:pPr>
        <w:ind w:left="1080" w:hanging="360"/>
      </w:pPr>
      <w:rPr>
        <w:rFonts w:ascii="Courier New" w:hAnsi="Courier New" w:hint="default"/>
      </w:rPr>
    </w:lvl>
    <w:lvl w:ilvl="2" w:tplc="9ABA43F0">
      <w:start w:val="1"/>
      <w:numFmt w:val="bullet"/>
      <w:lvlText w:val=""/>
      <w:lvlJc w:val="left"/>
      <w:pPr>
        <w:ind w:left="1800" w:hanging="360"/>
      </w:pPr>
      <w:rPr>
        <w:rFonts w:ascii="Wingdings" w:hAnsi="Wingdings" w:hint="default"/>
      </w:rPr>
    </w:lvl>
    <w:lvl w:ilvl="3" w:tplc="9BDA7D62">
      <w:start w:val="1"/>
      <w:numFmt w:val="bullet"/>
      <w:lvlText w:val=""/>
      <w:lvlJc w:val="left"/>
      <w:pPr>
        <w:ind w:left="2520" w:hanging="360"/>
      </w:pPr>
      <w:rPr>
        <w:rFonts w:ascii="Symbol" w:hAnsi="Symbol" w:hint="default"/>
      </w:rPr>
    </w:lvl>
    <w:lvl w:ilvl="4" w:tplc="A710A538">
      <w:start w:val="1"/>
      <w:numFmt w:val="bullet"/>
      <w:lvlText w:val="o"/>
      <w:lvlJc w:val="left"/>
      <w:pPr>
        <w:ind w:left="3240" w:hanging="360"/>
      </w:pPr>
      <w:rPr>
        <w:rFonts w:ascii="Courier New" w:hAnsi="Courier New" w:hint="default"/>
      </w:rPr>
    </w:lvl>
    <w:lvl w:ilvl="5" w:tplc="E08CDA86">
      <w:start w:val="1"/>
      <w:numFmt w:val="bullet"/>
      <w:lvlText w:val=""/>
      <w:lvlJc w:val="left"/>
      <w:pPr>
        <w:ind w:left="3960" w:hanging="360"/>
      </w:pPr>
      <w:rPr>
        <w:rFonts w:ascii="Wingdings" w:hAnsi="Wingdings" w:hint="default"/>
      </w:rPr>
    </w:lvl>
    <w:lvl w:ilvl="6" w:tplc="CE8EB78A">
      <w:start w:val="1"/>
      <w:numFmt w:val="bullet"/>
      <w:lvlText w:val=""/>
      <w:lvlJc w:val="left"/>
      <w:pPr>
        <w:ind w:left="4680" w:hanging="360"/>
      </w:pPr>
      <w:rPr>
        <w:rFonts w:ascii="Symbol" w:hAnsi="Symbol" w:hint="default"/>
      </w:rPr>
    </w:lvl>
    <w:lvl w:ilvl="7" w:tplc="C8A261FE">
      <w:start w:val="1"/>
      <w:numFmt w:val="bullet"/>
      <w:lvlText w:val="o"/>
      <w:lvlJc w:val="left"/>
      <w:pPr>
        <w:ind w:left="5400" w:hanging="360"/>
      </w:pPr>
      <w:rPr>
        <w:rFonts w:ascii="Courier New" w:hAnsi="Courier New" w:hint="default"/>
      </w:rPr>
    </w:lvl>
    <w:lvl w:ilvl="8" w:tplc="CD2A4730">
      <w:start w:val="1"/>
      <w:numFmt w:val="bullet"/>
      <w:lvlText w:val=""/>
      <w:lvlJc w:val="left"/>
      <w:pPr>
        <w:ind w:left="6120" w:hanging="360"/>
      </w:pPr>
      <w:rPr>
        <w:rFonts w:ascii="Wingdings" w:hAnsi="Wingdings" w:hint="default"/>
      </w:rPr>
    </w:lvl>
  </w:abstractNum>
  <w:abstractNum w:abstractNumId="13" w15:restartNumberingAfterBreak="0">
    <w:nsid w:val="50E4F334"/>
    <w:multiLevelType w:val="hybridMultilevel"/>
    <w:tmpl w:val="19CAD6A2"/>
    <w:lvl w:ilvl="0" w:tplc="90B6205A">
      <w:start w:val="1"/>
      <w:numFmt w:val="bullet"/>
      <w:lvlText w:val=""/>
      <w:lvlJc w:val="left"/>
      <w:pPr>
        <w:ind w:left="720" w:hanging="360"/>
      </w:pPr>
      <w:rPr>
        <w:rFonts w:ascii="Symbol" w:hAnsi="Symbol" w:hint="default"/>
      </w:rPr>
    </w:lvl>
    <w:lvl w:ilvl="1" w:tplc="8A06818C">
      <w:start w:val="1"/>
      <w:numFmt w:val="bullet"/>
      <w:lvlText w:val="o"/>
      <w:lvlJc w:val="left"/>
      <w:pPr>
        <w:ind w:left="1440" w:hanging="360"/>
      </w:pPr>
      <w:rPr>
        <w:rFonts w:ascii="Courier New" w:hAnsi="Courier New" w:hint="default"/>
      </w:rPr>
    </w:lvl>
    <w:lvl w:ilvl="2" w:tplc="7A6AAC14">
      <w:start w:val="1"/>
      <w:numFmt w:val="bullet"/>
      <w:lvlText w:val=""/>
      <w:lvlJc w:val="left"/>
      <w:pPr>
        <w:ind w:left="2160" w:hanging="360"/>
      </w:pPr>
      <w:rPr>
        <w:rFonts w:ascii="Wingdings" w:hAnsi="Wingdings" w:hint="default"/>
      </w:rPr>
    </w:lvl>
    <w:lvl w:ilvl="3" w:tplc="FDEE2D46">
      <w:start w:val="1"/>
      <w:numFmt w:val="bullet"/>
      <w:lvlText w:val=""/>
      <w:lvlJc w:val="left"/>
      <w:pPr>
        <w:ind w:left="2880" w:hanging="360"/>
      </w:pPr>
      <w:rPr>
        <w:rFonts w:ascii="Symbol" w:hAnsi="Symbol" w:hint="default"/>
      </w:rPr>
    </w:lvl>
    <w:lvl w:ilvl="4" w:tplc="322C3C38">
      <w:start w:val="1"/>
      <w:numFmt w:val="bullet"/>
      <w:lvlText w:val="o"/>
      <w:lvlJc w:val="left"/>
      <w:pPr>
        <w:ind w:left="3600" w:hanging="360"/>
      </w:pPr>
      <w:rPr>
        <w:rFonts w:ascii="Courier New" w:hAnsi="Courier New" w:hint="default"/>
      </w:rPr>
    </w:lvl>
    <w:lvl w:ilvl="5" w:tplc="9ECECC9E">
      <w:start w:val="1"/>
      <w:numFmt w:val="bullet"/>
      <w:lvlText w:val=""/>
      <w:lvlJc w:val="left"/>
      <w:pPr>
        <w:ind w:left="4320" w:hanging="360"/>
      </w:pPr>
      <w:rPr>
        <w:rFonts w:ascii="Wingdings" w:hAnsi="Wingdings" w:hint="default"/>
      </w:rPr>
    </w:lvl>
    <w:lvl w:ilvl="6" w:tplc="818A238C">
      <w:start w:val="1"/>
      <w:numFmt w:val="bullet"/>
      <w:lvlText w:val=""/>
      <w:lvlJc w:val="left"/>
      <w:pPr>
        <w:ind w:left="5040" w:hanging="360"/>
      </w:pPr>
      <w:rPr>
        <w:rFonts w:ascii="Symbol" w:hAnsi="Symbol" w:hint="default"/>
      </w:rPr>
    </w:lvl>
    <w:lvl w:ilvl="7" w:tplc="F800E3D6">
      <w:start w:val="1"/>
      <w:numFmt w:val="bullet"/>
      <w:lvlText w:val="o"/>
      <w:lvlJc w:val="left"/>
      <w:pPr>
        <w:ind w:left="5760" w:hanging="360"/>
      </w:pPr>
      <w:rPr>
        <w:rFonts w:ascii="Courier New" w:hAnsi="Courier New" w:hint="default"/>
      </w:rPr>
    </w:lvl>
    <w:lvl w:ilvl="8" w:tplc="33EA154E">
      <w:start w:val="1"/>
      <w:numFmt w:val="bullet"/>
      <w:lvlText w:val=""/>
      <w:lvlJc w:val="left"/>
      <w:pPr>
        <w:ind w:left="6480" w:hanging="360"/>
      </w:pPr>
      <w:rPr>
        <w:rFonts w:ascii="Wingdings" w:hAnsi="Wingdings" w:hint="default"/>
      </w:rPr>
    </w:lvl>
  </w:abstractNum>
  <w:abstractNum w:abstractNumId="14" w15:restartNumberingAfterBreak="0">
    <w:nsid w:val="5796F656"/>
    <w:multiLevelType w:val="hybridMultilevel"/>
    <w:tmpl w:val="E7DEE2C4"/>
    <w:lvl w:ilvl="0" w:tplc="2B76C2B4">
      <w:start w:val="1"/>
      <w:numFmt w:val="bullet"/>
      <w:lvlText w:val=""/>
      <w:lvlJc w:val="left"/>
      <w:pPr>
        <w:ind w:left="720" w:hanging="360"/>
      </w:pPr>
      <w:rPr>
        <w:rFonts w:ascii="Symbol" w:hAnsi="Symbol" w:hint="default"/>
      </w:rPr>
    </w:lvl>
    <w:lvl w:ilvl="1" w:tplc="0458197E">
      <w:start w:val="1"/>
      <w:numFmt w:val="bullet"/>
      <w:lvlText w:val="o"/>
      <w:lvlJc w:val="left"/>
      <w:pPr>
        <w:ind w:left="1440" w:hanging="360"/>
      </w:pPr>
      <w:rPr>
        <w:rFonts w:ascii="Courier New" w:hAnsi="Courier New" w:hint="default"/>
      </w:rPr>
    </w:lvl>
    <w:lvl w:ilvl="2" w:tplc="3D1CAD7A">
      <w:start w:val="1"/>
      <w:numFmt w:val="bullet"/>
      <w:lvlText w:val=""/>
      <w:lvlJc w:val="left"/>
      <w:pPr>
        <w:ind w:left="2160" w:hanging="360"/>
      </w:pPr>
      <w:rPr>
        <w:rFonts w:ascii="Wingdings" w:hAnsi="Wingdings" w:hint="default"/>
      </w:rPr>
    </w:lvl>
    <w:lvl w:ilvl="3" w:tplc="96B402CA">
      <w:start w:val="1"/>
      <w:numFmt w:val="bullet"/>
      <w:lvlText w:val=""/>
      <w:lvlJc w:val="left"/>
      <w:pPr>
        <w:ind w:left="2880" w:hanging="360"/>
      </w:pPr>
      <w:rPr>
        <w:rFonts w:ascii="Symbol" w:hAnsi="Symbol" w:hint="default"/>
      </w:rPr>
    </w:lvl>
    <w:lvl w:ilvl="4" w:tplc="4DFA075A">
      <w:start w:val="1"/>
      <w:numFmt w:val="bullet"/>
      <w:lvlText w:val="o"/>
      <w:lvlJc w:val="left"/>
      <w:pPr>
        <w:ind w:left="3600" w:hanging="360"/>
      </w:pPr>
      <w:rPr>
        <w:rFonts w:ascii="Courier New" w:hAnsi="Courier New" w:hint="default"/>
      </w:rPr>
    </w:lvl>
    <w:lvl w:ilvl="5" w:tplc="4B487FD6">
      <w:start w:val="1"/>
      <w:numFmt w:val="bullet"/>
      <w:lvlText w:val=""/>
      <w:lvlJc w:val="left"/>
      <w:pPr>
        <w:ind w:left="4320" w:hanging="360"/>
      </w:pPr>
      <w:rPr>
        <w:rFonts w:ascii="Wingdings" w:hAnsi="Wingdings" w:hint="default"/>
      </w:rPr>
    </w:lvl>
    <w:lvl w:ilvl="6" w:tplc="B03EC9C0">
      <w:start w:val="1"/>
      <w:numFmt w:val="bullet"/>
      <w:lvlText w:val=""/>
      <w:lvlJc w:val="left"/>
      <w:pPr>
        <w:ind w:left="5040" w:hanging="360"/>
      </w:pPr>
      <w:rPr>
        <w:rFonts w:ascii="Symbol" w:hAnsi="Symbol" w:hint="default"/>
      </w:rPr>
    </w:lvl>
    <w:lvl w:ilvl="7" w:tplc="7FBE4392">
      <w:start w:val="1"/>
      <w:numFmt w:val="bullet"/>
      <w:lvlText w:val="o"/>
      <w:lvlJc w:val="left"/>
      <w:pPr>
        <w:ind w:left="5760" w:hanging="360"/>
      </w:pPr>
      <w:rPr>
        <w:rFonts w:ascii="Courier New" w:hAnsi="Courier New" w:hint="default"/>
      </w:rPr>
    </w:lvl>
    <w:lvl w:ilvl="8" w:tplc="904419EE">
      <w:start w:val="1"/>
      <w:numFmt w:val="bullet"/>
      <w:lvlText w:val=""/>
      <w:lvlJc w:val="left"/>
      <w:pPr>
        <w:ind w:left="6480" w:hanging="360"/>
      </w:pPr>
      <w:rPr>
        <w:rFonts w:ascii="Wingdings" w:hAnsi="Wingdings" w:hint="default"/>
      </w:rPr>
    </w:lvl>
  </w:abstractNum>
  <w:abstractNum w:abstractNumId="15" w15:restartNumberingAfterBreak="0">
    <w:nsid w:val="5E3201BD"/>
    <w:multiLevelType w:val="hybridMultilevel"/>
    <w:tmpl w:val="7DEE8F6E"/>
    <w:lvl w:ilvl="0" w:tplc="12F4A26A">
      <w:start w:val="1"/>
      <w:numFmt w:val="bullet"/>
      <w:lvlText w:val=""/>
      <w:lvlJc w:val="left"/>
      <w:pPr>
        <w:ind w:left="360" w:hanging="360"/>
      </w:pPr>
      <w:rPr>
        <w:rFonts w:ascii="Wingdings" w:hAnsi="Wingdings" w:hint="default"/>
      </w:rPr>
    </w:lvl>
    <w:lvl w:ilvl="1" w:tplc="4332313C">
      <w:start w:val="1"/>
      <w:numFmt w:val="bullet"/>
      <w:lvlText w:val=""/>
      <w:lvlJc w:val="left"/>
      <w:pPr>
        <w:ind w:left="1080" w:hanging="360"/>
      </w:pPr>
      <w:rPr>
        <w:rFonts w:ascii="Wingdings" w:hAnsi="Wingdings" w:hint="default"/>
      </w:rPr>
    </w:lvl>
    <w:lvl w:ilvl="2" w:tplc="4D005A56">
      <w:start w:val="1"/>
      <w:numFmt w:val="bullet"/>
      <w:lvlText w:val=""/>
      <w:lvlJc w:val="left"/>
      <w:pPr>
        <w:ind w:left="1800" w:hanging="360"/>
      </w:pPr>
      <w:rPr>
        <w:rFonts w:ascii="Wingdings" w:hAnsi="Wingdings" w:hint="default"/>
      </w:rPr>
    </w:lvl>
    <w:lvl w:ilvl="3" w:tplc="32844580">
      <w:start w:val="1"/>
      <w:numFmt w:val="bullet"/>
      <w:lvlText w:val=""/>
      <w:lvlJc w:val="left"/>
      <w:pPr>
        <w:ind w:left="2520" w:hanging="360"/>
      </w:pPr>
      <w:rPr>
        <w:rFonts w:ascii="Wingdings" w:hAnsi="Wingdings" w:hint="default"/>
      </w:rPr>
    </w:lvl>
    <w:lvl w:ilvl="4" w:tplc="B55E78CE">
      <w:start w:val="1"/>
      <w:numFmt w:val="bullet"/>
      <w:lvlText w:val=""/>
      <w:lvlJc w:val="left"/>
      <w:pPr>
        <w:ind w:left="3240" w:hanging="360"/>
      </w:pPr>
      <w:rPr>
        <w:rFonts w:ascii="Wingdings" w:hAnsi="Wingdings" w:hint="default"/>
      </w:rPr>
    </w:lvl>
    <w:lvl w:ilvl="5" w:tplc="E60C1A98">
      <w:start w:val="1"/>
      <w:numFmt w:val="bullet"/>
      <w:lvlText w:val=""/>
      <w:lvlJc w:val="left"/>
      <w:pPr>
        <w:ind w:left="3960" w:hanging="360"/>
      </w:pPr>
      <w:rPr>
        <w:rFonts w:ascii="Wingdings" w:hAnsi="Wingdings" w:hint="default"/>
      </w:rPr>
    </w:lvl>
    <w:lvl w:ilvl="6" w:tplc="8A88ED80">
      <w:start w:val="1"/>
      <w:numFmt w:val="bullet"/>
      <w:lvlText w:val=""/>
      <w:lvlJc w:val="left"/>
      <w:pPr>
        <w:ind w:left="4680" w:hanging="360"/>
      </w:pPr>
      <w:rPr>
        <w:rFonts w:ascii="Wingdings" w:hAnsi="Wingdings" w:hint="default"/>
      </w:rPr>
    </w:lvl>
    <w:lvl w:ilvl="7" w:tplc="E17254B0">
      <w:start w:val="1"/>
      <w:numFmt w:val="bullet"/>
      <w:lvlText w:val=""/>
      <w:lvlJc w:val="left"/>
      <w:pPr>
        <w:ind w:left="5400" w:hanging="360"/>
      </w:pPr>
      <w:rPr>
        <w:rFonts w:ascii="Wingdings" w:hAnsi="Wingdings" w:hint="default"/>
      </w:rPr>
    </w:lvl>
    <w:lvl w:ilvl="8" w:tplc="6156BA72">
      <w:start w:val="1"/>
      <w:numFmt w:val="bullet"/>
      <w:lvlText w:val=""/>
      <w:lvlJc w:val="left"/>
      <w:pPr>
        <w:ind w:left="6120" w:hanging="360"/>
      </w:pPr>
      <w:rPr>
        <w:rFonts w:ascii="Wingdings" w:hAnsi="Wingdings" w:hint="default"/>
      </w:rPr>
    </w:lvl>
  </w:abstractNum>
  <w:abstractNum w:abstractNumId="16" w15:restartNumberingAfterBreak="0">
    <w:nsid w:val="64186302"/>
    <w:multiLevelType w:val="hybridMultilevel"/>
    <w:tmpl w:val="B95A57E8"/>
    <w:lvl w:ilvl="0" w:tplc="E89C6B60">
      <w:start w:val="1"/>
      <w:numFmt w:val="bullet"/>
      <w:lvlText w:val=""/>
      <w:lvlJc w:val="left"/>
      <w:pPr>
        <w:ind w:left="720" w:hanging="360"/>
      </w:pPr>
      <w:rPr>
        <w:rFonts w:ascii="Symbol" w:hAnsi="Symbol" w:hint="default"/>
      </w:rPr>
    </w:lvl>
    <w:lvl w:ilvl="1" w:tplc="AB824A5E">
      <w:start w:val="1"/>
      <w:numFmt w:val="bullet"/>
      <w:lvlText w:val="o"/>
      <w:lvlJc w:val="left"/>
      <w:pPr>
        <w:ind w:left="1440" w:hanging="360"/>
      </w:pPr>
      <w:rPr>
        <w:rFonts w:ascii="Courier New" w:hAnsi="Courier New" w:hint="default"/>
      </w:rPr>
    </w:lvl>
    <w:lvl w:ilvl="2" w:tplc="8A7C57CA">
      <w:start w:val="1"/>
      <w:numFmt w:val="bullet"/>
      <w:lvlText w:val=""/>
      <w:lvlJc w:val="left"/>
      <w:pPr>
        <w:ind w:left="2160" w:hanging="360"/>
      </w:pPr>
      <w:rPr>
        <w:rFonts w:ascii="Wingdings" w:hAnsi="Wingdings" w:hint="default"/>
      </w:rPr>
    </w:lvl>
    <w:lvl w:ilvl="3" w:tplc="58B45A4A">
      <w:start w:val="1"/>
      <w:numFmt w:val="bullet"/>
      <w:lvlText w:val=""/>
      <w:lvlJc w:val="left"/>
      <w:pPr>
        <w:ind w:left="2880" w:hanging="360"/>
      </w:pPr>
      <w:rPr>
        <w:rFonts w:ascii="Symbol" w:hAnsi="Symbol" w:hint="default"/>
      </w:rPr>
    </w:lvl>
    <w:lvl w:ilvl="4" w:tplc="20443258">
      <w:start w:val="1"/>
      <w:numFmt w:val="bullet"/>
      <w:lvlText w:val="o"/>
      <w:lvlJc w:val="left"/>
      <w:pPr>
        <w:ind w:left="3600" w:hanging="360"/>
      </w:pPr>
      <w:rPr>
        <w:rFonts w:ascii="Courier New" w:hAnsi="Courier New" w:hint="default"/>
      </w:rPr>
    </w:lvl>
    <w:lvl w:ilvl="5" w:tplc="E7C64366">
      <w:start w:val="1"/>
      <w:numFmt w:val="bullet"/>
      <w:lvlText w:val=""/>
      <w:lvlJc w:val="left"/>
      <w:pPr>
        <w:ind w:left="4320" w:hanging="360"/>
      </w:pPr>
      <w:rPr>
        <w:rFonts w:ascii="Wingdings" w:hAnsi="Wingdings" w:hint="default"/>
      </w:rPr>
    </w:lvl>
    <w:lvl w:ilvl="6" w:tplc="1D3E5CCE">
      <w:start w:val="1"/>
      <w:numFmt w:val="bullet"/>
      <w:lvlText w:val=""/>
      <w:lvlJc w:val="left"/>
      <w:pPr>
        <w:ind w:left="5040" w:hanging="360"/>
      </w:pPr>
      <w:rPr>
        <w:rFonts w:ascii="Symbol" w:hAnsi="Symbol" w:hint="default"/>
      </w:rPr>
    </w:lvl>
    <w:lvl w:ilvl="7" w:tplc="A068540A">
      <w:start w:val="1"/>
      <w:numFmt w:val="bullet"/>
      <w:lvlText w:val="o"/>
      <w:lvlJc w:val="left"/>
      <w:pPr>
        <w:ind w:left="5760" w:hanging="360"/>
      </w:pPr>
      <w:rPr>
        <w:rFonts w:ascii="Courier New" w:hAnsi="Courier New" w:hint="default"/>
      </w:rPr>
    </w:lvl>
    <w:lvl w:ilvl="8" w:tplc="969A35B0">
      <w:start w:val="1"/>
      <w:numFmt w:val="bullet"/>
      <w:lvlText w:val=""/>
      <w:lvlJc w:val="left"/>
      <w:pPr>
        <w:ind w:left="6480" w:hanging="360"/>
      </w:pPr>
      <w:rPr>
        <w:rFonts w:ascii="Wingdings" w:hAnsi="Wingdings" w:hint="default"/>
      </w:rPr>
    </w:lvl>
  </w:abstractNum>
  <w:abstractNum w:abstractNumId="17" w15:restartNumberingAfterBreak="0">
    <w:nsid w:val="7A859FFF"/>
    <w:multiLevelType w:val="hybridMultilevel"/>
    <w:tmpl w:val="22D22C76"/>
    <w:lvl w:ilvl="0" w:tplc="1538631C">
      <w:start w:val="1"/>
      <w:numFmt w:val="bullet"/>
      <w:lvlText w:val=""/>
      <w:lvlJc w:val="left"/>
      <w:pPr>
        <w:ind w:left="720" w:hanging="360"/>
      </w:pPr>
      <w:rPr>
        <w:rFonts w:ascii="Symbol" w:hAnsi="Symbol" w:hint="default"/>
      </w:rPr>
    </w:lvl>
    <w:lvl w:ilvl="1" w:tplc="A37664E6">
      <w:start w:val="1"/>
      <w:numFmt w:val="bullet"/>
      <w:lvlText w:val="o"/>
      <w:lvlJc w:val="left"/>
      <w:pPr>
        <w:ind w:left="1440" w:hanging="360"/>
      </w:pPr>
      <w:rPr>
        <w:rFonts w:ascii="Courier New" w:hAnsi="Courier New" w:hint="default"/>
      </w:rPr>
    </w:lvl>
    <w:lvl w:ilvl="2" w:tplc="43A44422">
      <w:start w:val="1"/>
      <w:numFmt w:val="bullet"/>
      <w:lvlText w:val=""/>
      <w:lvlJc w:val="left"/>
      <w:pPr>
        <w:ind w:left="2160" w:hanging="360"/>
      </w:pPr>
      <w:rPr>
        <w:rFonts w:ascii="Wingdings" w:hAnsi="Wingdings" w:hint="default"/>
      </w:rPr>
    </w:lvl>
    <w:lvl w:ilvl="3" w:tplc="5D448FF0">
      <w:start w:val="1"/>
      <w:numFmt w:val="bullet"/>
      <w:lvlText w:val=""/>
      <w:lvlJc w:val="left"/>
      <w:pPr>
        <w:ind w:left="2880" w:hanging="360"/>
      </w:pPr>
      <w:rPr>
        <w:rFonts w:ascii="Symbol" w:hAnsi="Symbol" w:hint="default"/>
      </w:rPr>
    </w:lvl>
    <w:lvl w:ilvl="4" w:tplc="884AFA18">
      <w:start w:val="1"/>
      <w:numFmt w:val="bullet"/>
      <w:lvlText w:val="o"/>
      <w:lvlJc w:val="left"/>
      <w:pPr>
        <w:ind w:left="3600" w:hanging="360"/>
      </w:pPr>
      <w:rPr>
        <w:rFonts w:ascii="Courier New" w:hAnsi="Courier New" w:hint="default"/>
      </w:rPr>
    </w:lvl>
    <w:lvl w:ilvl="5" w:tplc="FF724156">
      <w:start w:val="1"/>
      <w:numFmt w:val="bullet"/>
      <w:lvlText w:val=""/>
      <w:lvlJc w:val="left"/>
      <w:pPr>
        <w:ind w:left="4320" w:hanging="360"/>
      </w:pPr>
      <w:rPr>
        <w:rFonts w:ascii="Wingdings" w:hAnsi="Wingdings" w:hint="default"/>
      </w:rPr>
    </w:lvl>
    <w:lvl w:ilvl="6" w:tplc="F90A9140">
      <w:start w:val="1"/>
      <w:numFmt w:val="bullet"/>
      <w:lvlText w:val=""/>
      <w:lvlJc w:val="left"/>
      <w:pPr>
        <w:ind w:left="5040" w:hanging="360"/>
      </w:pPr>
      <w:rPr>
        <w:rFonts w:ascii="Symbol" w:hAnsi="Symbol" w:hint="default"/>
      </w:rPr>
    </w:lvl>
    <w:lvl w:ilvl="7" w:tplc="EC3E960E">
      <w:start w:val="1"/>
      <w:numFmt w:val="bullet"/>
      <w:lvlText w:val="o"/>
      <w:lvlJc w:val="left"/>
      <w:pPr>
        <w:ind w:left="5760" w:hanging="360"/>
      </w:pPr>
      <w:rPr>
        <w:rFonts w:ascii="Courier New" w:hAnsi="Courier New" w:hint="default"/>
      </w:rPr>
    </w:lvl>
    <w:lvl w:ilvl="8" w:tplc="436E37DE">
      <w:start w:val="1"/>
      <w:numFmt w:val="bullet"/>
      <w:lvlText w:val=""/>
      <w:lvlJc w:val="left"/>
      <w:pPr>
        <w:ind w:left="6480" w:hanging="360"/>
      </w:pPr>
      <w:rPr>
        <w:rFonts w:ascii="Wingdings" w:hAnsi="Wingdings" w:hint="default"/>
      </w:rPr>
    </w:lvl>
  </w:abstractNum>
  <w:num w:numId="1" w16cid:durableId="183640002">
    <w:abstractNumId w:val="15"/>
  </w:num>
  <w:num w:numId="2" w16cid:durableId="46035789">
    <w:abstractNumId w:val="14"/>
  </w:num>
  <w:num w:numId="3" w16cid:durableId="1322394232">
    <w:abstractNumId w:val="11"/>
  </w:num>
  <w:num w:numId="4" w16cid:durableId="1127820294">
    <w:abstractNumId w:val="12"/>
  </w:num>
  <w:num w:numId="5" w16cid:durableId="725566530">
    <w:abstractNumId w:val="10"/>
  </w:num>
  <w:num w:numId="6" w16cid:durableId="982393677">
    <w:abstractNumId w:val="17"/>
  </w:num>
  <w:num w:numId="7" w16cid:durableId="334573157">
    <w:abstractNumId w:val="16"/>
  </w:num>
  <w:num w:numId="8" w16cid:durableId="1119226817">
    <w:abstractNumId w:val="13"/>
  </w:num>
  <w:num w:numId="9" w16cid:durableId="728961076">
    <w:abstractNumId w:val="8"/>
  </w:num>
  <w:num w:numId="10" w16cid:durableId="106315800">
    <w:abstractNumId w:val="6"/>
  </w:num>
  <w:num w:numId="11" w16cid:durableId="1440418510">
    <w:abstractNumId w:val="5"/>
  </w:num>
  <w:num w:numId="12" w16cid:durableId="867988042">
    <w:abstractNumId w:val="4"/>
  </w:num>
  <w:num w:numId="13" w16cid:durableId="1100294628">
    <w:abstractNumId w:val="7"/>
  </w:num>
  <w:num w:numId="14" w16cid:durableId="2076538484">
    <w:abstractNumId w:val="3"/>
  </w:num>
  <w:num w:numId="15" w16cid:durableId="654993579">
    <w:abstractNumId w:val="2"/>
  </w:num>
  <w:num w:numId="16" w16cid:durableId="1988316702">
    <w:abstractNumId w:val="1"/>
  </w:num>
  <w:num w:numId="17" w16cid:durableId="1040130565">
    <w:abstractNumId w:val="0"/>
  </w:num>
  <w:num w:numId="18" w16cid:durableId="13459846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569"/>
    <w:rsid w:val="0015074B"/>
    <w:rsid w:val="001C0FC3"/>
    <w:rsid w:val="00204E70"/>
    <w:rsid w:val="0024491C"/>
    <w:rsid w:val="00286D94"/>
    <w:rsid w:val="0029639D"/>
    <w:rsid w:val="002B6BCE"/>
    <w:rsid w:val="003214B8"/>
    <w:rsid w:val="00326F90"/>
    <w:rsid w:val="00350174"/>
    <w:rsid w:val="00410082"/>
    <w:rsid w:val="00420E18"/>
    <w:rsid w:val="004238A9"/>
    <w:rsid w:val="004453B1"/>
    <w:rsid w:val="00464CE2"/>
    <w:rsid w:val="00466A14"/>
    <w:rsid w:val="0049113F"/>
    <w:rsid w:val="004912E8"/>
    <w:rsid w:val="004C7D9E"/>
    <w:rsid w:val="00594371"/>
    <w:rsid w:val="006255C3"/>
    <w:rsid w:val="00702F6C"/>
    <w:rsid w:val="00766990"/>
    <w:rsid w:val="00853E94"/>
    <w:rsid w:val="00874995"/>
    <w:rsid w:val="009F0041"/>
    <w:rsid w:val="00A67D64"/>
    <w:rsid w:val="00AA0260"/>
    <w:rsid w:val="00AA1D8D"/>
    <w:rsid w:val="00B26C7B"/>
    <w:rsid w:val="00B47730"/>
    <w:rsid w:val="00B73949"/>
    <w:rsid w:val="00CB0664"/>
    <w:rsid w:val="00CD36C9"/>
    <w:rsid w:val="00D20BAA"/>
    <w:rsid w:val="00EB52FD"/>
    <w:rsid w:val="00FA2A9F"/>
    <w:rsid w:val="00FC693F"/>
    <w:rsid w:val="00FCFAE3"/>
    <w:rsid w:val="016A254A"/>
    <w:rsid w:val="0190FD19"/>
    <w:rsid w:val="023D28FE"/>
    <w:rsid w:val="029EB4CA"/>
    <w:rsid w:val="02A27FA8"/>
    <w:rsid w:val="02C4A0EB"/>
    <w:rsid w:val="0396A094"/>
    <w:rsid w:val="04189FA6"/>
    <w:rsid w:val="044D2B86"/>
    <w:rsid w:val="04868638"/>
    <w:rsid w:val="04C091C5"/>
    <w:rsid w:val="051B1093"/>
    <w:rsid w:val="05FA71EC"/>
    <w:rsid w:val="063463E7"/>
    <w:rsid w:val="064FD502"/>
    <w:rsid w:val="06FB9113"/>
    <w:rsid w:val="077219BC"/>
    <w:rsid w:val="077C40D0"/>
    <w:rsid w:val="07B1C876"/>
    <w:rsid w:val="07B6EC20"/>
    <w:rsid w:val="07DDDFF0"/>
    <w:rsid w:val="08842EB4"/>
    <w:rsid w:val="088F97A2"/>
    <w:rsid w:val="08BCA439"/>
    <w:rsid w:val="0938C289"/>
    <w:rsid w:val="0953177E"/>
    <w:rsid w:val="09E69891"/>
    <w:rsid w:val="09FF2EDA"/>
    <w:rsid w:val="0A678964"/>
    <w:rsid w:val="0AA3510F"/>
    <w:rsid w:val="0AD50849"/>
    <w:rsid w:val="0B28167C"/>
    <w:rsid w:val="0BF2BBBA"/>
    <w:rsid w:val="0BF4FA14"/>
    <w:rsid w:val="0C0F41B7"/>
    <w:rsid w:val="0D15D1CB"/>
    <w:rsid w:val="0E295980"/>
    <w:rsid w:val="0F783E70"/>
    <w:rsid w:val="0F7EDDC4"/>
    <w:rsid w:val="11FEA6B1"/>
    <w:rsid w:val="12F85EE1"/>
    <w:rsid w:val="131B8A24"/>
    <w:rsid w:val="13DF8CFE"/>
    <w:rsid w:val="14AC4320"/>
    <w:rsid w:val="14BE31A2"/>
    <w:rsid w:val="14C73AB3"/>
    <w:rsid w:val="156ED77A"/>
    <w:rsid w:val="15E96DBC"/>
    <w:rsid w:val="1638E331"/>
    <w:rsid w:val="1646E510"/>
    <w:rsid w:val="16482704"/>
    <w:rsid w:val="1658055D"/>
    <w:rsid w:val="1665DEFF"/>
    <w:rsid w:val="16B2C16A"/>
    <w:rsid w:val="16D41C5D"/>
    <w:rsid w:val="173D7FE5"/>
    <w:rsid w:val="17A0A60A"/>
    <w:rsid w:val="17D21D8D"/>
    <w:rsid w:val="17D51347"/>
    <w:rsid w:val="18434D2C"/>
    <w:rsid w:val="185C34FD"/>
    <w:rsid w:val="18B3F798"/>
    <w:rsid w:val="18C33039"/>
    <w:rsid w:val="1923C245"/>
    <w:rsid w:val="199CF491"/>
    <w:rsid w:val="1A3997BB"/>
    <w:rsid w:val="1A6E3B1D"/>
    <w:rsid w:val="1A73F866"/>
    <w:rsid w:val="1ABFC045"/>
    <w:rsid w:val="1B042204"/>
    <w:rsid w:val="1B1BB748"/>
    <w:rsid w:val="1B1F3156"/>
    <w:rsid w:val="1B35AECB"/>
    <w:rsid w:val="1B57F946"/>
    <w:rsid w:val="1B68910F"/>
    <w:rsid w:val="1B6E15BB"/>
    <w:rsid w:val="1B76D678"/>
    <w:rsid w:val="1B7FDBDB"/>
    <w:rsid w:val="1B82F052"/>
    <w:rsid w:val="1C0015B2"/>
    <w:rsid w:val="1C8F1996"/>
    <w:rsid w:val="1CD0BE6D"/>
    <w:rsid w:val="1D004E3C"/>
    <w:rsid w:val="1D35C2DE"/>
    <w:rsid w:val="1D40DFFF"/>
    <w:rsid w:val="1DAD2E14"/>
    <w:rsid w:val="1DE0BBBC"/>
    <w:rsid w:val="1E535F77"/>
    <w:rsid w:val="1EEBBAB5"/>
    <w:rsid w:val="1F08F735"/>
    <w:rsid w:val="1F0A51C3"/>
    <w:rsid w:val="1FAAEBB1"/>
    <w:rsid w:val="1FBB8732"/>
    <w:rsid w:val="1FD7580C"/>
    <w:rsid w:val="200A344E"/>
    <w:rsid w:val="20486A9E"/>
    <w:rsid w:val="20BCDC6E"/>
    <w:rsid w:val="20C66B35"/>
    <w:rsid w:val="20D4C512"/>
    <w:rsid w:val="20F14F44"/>
    <w:rsid w:val="21198CB6"/>
    <w:rsid w:val="2153BDE2"/>
    <w:rsid w:val="21B2950B"/>
    <w:rsid w:val="223AABED"/>
    <w:rsid w:val="23CD9C1E"/>
    <w:rsid w:val="23E6DC5F"/>
    <w:rsid w:val="23F69127"/>
    <w:rsid w:val="242F1E94"/>
    <w:rsid w:val="2445E8D9"/>
    <w:rsid w:val="24512990"/>
    <w:rsid w:val="24719DDE"/>
    <w:rsid w:val="2475F2D3"/>
    <w:rsid w:val="255A20F1"/>
    <w:rsid w:val="25AFA092"/>
    <w:rsid w:val="26A0BCED"/>
    <w:rsid w:val="270D628D"/>
    <w:rsid w:val="2752C400"/>
    <w:rsid w:val="278125A7"/>
    <w:rsid w:val="27D0B414"/>
    <w:rsid w:val="28598EEE"/>
    <w:rsid w:val="289FC0BE"/>
    <w:rsid w:val="290AB960"/>
    <w:rsid w:val="292ADF8E"/>
    <w:rsid w:val="293D2CAE"/>
    <w:rsid w:val="29D51572"/>
    <w:rsid w:val="2A495FFB"/>
    <w:rsid w:val="2A4C6C56"/>
    <w:rsid w:val="2A575D40"/>
    <w:rsid w:val="2A5F9247"/>
    <w:rsid w:val="2ABB2403"/>
    <w:rsid w:val="2C8C8DC1"/>
    <w:rsid w:val="2E5543B3"/>
    <w:rsid w:val="2E9042F3"/>
    <w:rsid w:val="2EBB4EFE"/>
    <w:rsid w:val="2F1A50EA"/>
    <w:rsid w:val="2F7A8FC6"/>
    <w:rsid w:val="2FB07E56"/>
    <w:rsid w:val="2FE5C54F"/>
    <w:rsid w:val="3131E9EC"/>
    <w:rsid w:val="318C097D"/>
    <w:rsid w:val="3206F1FF"/>
    <w:rsid w:val="3266DF4D"/>
    <w:rsid w:val="326ED471"/>
    <w:rsid w:val="3279065C"/>
    <w:rsid w:val="32BB41DB"/>
    <w:rsid w:val="333B6C5C"/>
    <w:rsid w:val="33DF5433"/>
    <w:rsid w:val="348C4B63"/>
    <w:rsid w:val="3510E308"/>
    <w:rsid w:val="35221ED2"/>
    <w:rsid w:val="359E65BF"/>
    <w:rsid w:val="35EC0068"/>
    <w:rsid w:val="35F44259"/>
    <w:rsid w:val="362A500B"/>
    <w:rsid w:val="36F07612"/>
    <w:rsid w:val="36F34C8E"/>
    <w:rsid w:val="3733E651"/>
    <w:rsid w:val="377BDBCE"/>
    <w:rsid w:val="37846615"/>
    <w:rsid w:val="37CA6935"/>
    <w:rsid w:val="38C426BE"/>
    <w:rsid w:val="38D10AC2"/>
    <w:rsid w:val="38D794AE"/>
    <w:rsid w:val="38FF6993"/>
    <w:rsid w:val="390ED200"/>
    <w:rsid w:val="394C92AC"/>
    <w:rsid w:val="3986F6E0"/>
    <w:rsid w:val="39BE61A5"/>
    <w:rsid w:val="3A28952C"/>
    <w:rsid w:val="3ACE0E16"/>
    <w:rsid w:val="3AF486EC"/>
    <w:rsid w:val="3C255777"/>
    <w:rsid w:val="3C872130"/>
    <w:rsid w:val="3D2FA1AE"/>
    <w:rsid w:val="3D8D39E9"/>
    <w:rsid w:val="3DA6C6B2"/>
    <w:rsid w:val="3DBB77A0"/>
    <w:rsid w:val="3E6A4BF5"/>
    <w:rsid w:val="3E838648"/>
    <w:rsid w:val="3EB732B5"/>
    <w:rsid w:val="3FA6A980"/>
    <w:rsid w:val="3FBD6570"/>
    <w:rsid w:val="3FC07772"/>
    <w:rsid w:val="3FF6C286"/>
    <w:rsid w:val="3FFA1CDE"/>
    <w:rsid w:val="408AF370"/>
    <w:rsid w:val="40B8739D"/>
    <w:rsid w:val="40F945FE"/>
    <w:rsid w:val="40FC4420"/>
    <w:rsid w:val="411C7295"/>
    <w:rsid w:val="4165D96C"/>
    <w:rsid w:val="417E7F79"/>
    <w:rsid w:val="4199B7E9"/>
    <w:rsid w:val="41ED497F"/>
    <w:rsid w:val="422FF027"/>
    <w:rsid w:val="42435521"/>
    <w:rsid w:val="42679028"/>
    <w:rsid w:val="42C27B61"/>
    <w:rsid w:val="431EF4BF"/>
    <w:rsid w:val="43700B6C"/>
    <w:rsid w:val="43AF0CA0"/>
    <w:rsid w:val="43F1C3A0"/>
    <w:rsid w:val="4427724B"/>
    <w:rsid w:val="4457088C"/>
    <w:rsid w:val="446C8D86"/>
    <w:rsid w:val="44E14ADA"/>
    <w:rsid w:val="44E626FD"/>
    <w:rsid w:val="45172B24"/>
    <w:rsid w:val="452F8DAD"/>
    <w:rsid w:val="455C8D1C"/>
    <w:rsid w:val="455D1438"/>
    <w:rsid w:val="4571C7B5"/>
    <w:rsid w:val="4577480C"/>
    <w:rsid w:val="463B0FB8"/>
    <w:rsid w:val="465D4AF8"/>
    <w:rsid w:val="46793E00"/>
    <w:rsid w:val="467BC31D"/>
    <w:rsid w:val="46891EFB"/>
    <w:rsid w:val="47598721"/>
    <w:rsid w:val="47B3C65E"/>
    <w:rsid w:val="47CBAB2E"/>
    <w:rsid w:val="47D0874F"/>
    <w:rsid w:val="484E5230"/>
    <w:rsid w:val="489289B7"/>
    <w:rsid w:val="48BFD344"/>
    <w:rsid w:val="492847A5"/>
    <w:rsid w:val="49B7BCD7"/>
    <w:rsid w:val="49D0473E"/>
    <w:rsid w:val="4A42A43E"/>
    <w:rsid w:val="4A7FBE52"/>
    <w:rsid w:val="4BB2B634"/>
    <w:rsid w:val="4BBC42C7"/>
    <w:rsid w:val="4BF727D4"/>
    <w:rsid w:val="4C20C79E"/>
    <w:rsid w:val="4C68C88E"/>
    <w:rsid w:val="4CCA99DE"/>
    <w:rsid w:val="4D16CA14"/>
    <w:rsid w:val="4D83D3CA"/>
    <w:rsid w:val="4E9009BA"/>
    <w:rsid w:val="4EA7D784"/>
    <w:rsid w:val="4EB2683B"/>
    <w:rsid w:val="4EEEE12F"/>
    <w:rsid w:val="4F174DA2"/>
    <w:rsid w:val="4F4E5A23"/>
    <w:rsid w:val="4F51ACEB"/>
    <w:rsid w:val="4F61E359"/>
    <w:rsid w:val="5027EF1C"/>
    <w:rsid w:val="50A3C4C7"/>
    <w:rsid w:val="522F9B51"/>
    <w:rsid w:val="52E8FD56"/>
    <w:rsid w:val="533EE67D"/>
    <w:rsid w:val="5360F7FE"/>
    <w:rsid w:val="53DB6E39"/>
    <w:rsid w:val="54826010"/>
    <w:rsid w:val="54A54236"/>
    <w:rsid w:val="54AADC3D"/>
    <w:rsid w:val="54E2A973"/>
    <w:rsid w:val="55301594"/>
    <w:rsid w:val="55385AD2"/>
    <w:rsid w:val="5598C953"/>
    <w:rsid w:val="55A1A901"/>
    <w:rsid w:val="561B165F"/>
    <w:rsid w:val="5625F7EB"/>
    <w:rsid w:val="567ED9E7"/>
    <w:rsid w:val="56B0A41B"/>
    <w:rsid w:val="56C480B3"/>
    <w:rsid w:val="56E158BC"/>
    <w:rsid w:val="56FBB985"/>
    <w:rsid w:val="571BE207"/>
    <w:rsid w:val="57C6FA4B"/>
    <w:rsid w:val="580D2BB6"/>
    <w:rsid w:val="58462F2D"/>
    <w:rsid w:val="586A0027"/>
    <w:rsid w:val="58894BC4"/>
    <w:rsid w:val="589C0A0B"/>
    <w:rsid w:val="58A6974C"/>
    <w:rsid w:val="592743A7"/>
    <w:rsid w:val="59500C01"/>
    <w:rsid w:val="59D8E3F8"/>
    <w:rsid w:val="5A0268F5"/>
    <w:rsid w:val="5A4ACB8C"/>
    <w:rsid w:val="5A928A12"/>
    <w:rsid w:val="5AD707F5"/>
    <w:rsid w:val="5AD86F00"/>
    <w:rsid w:val="5AEF7F83"/>
    <w:rsid w:val="5B22C622"/>
    <w:rsid w:val="5B43CAE4"/>
    <w:rsid w:val="5B8C456A"/>
    <w:rsid w:val="5BF9C5DF"/>
    <w:rsid w:val="5C0F60E8"/>
    <w:rsid w:val="5CE932F5"/>
    <w:rsid w:val="5D37F10F"/>
    <w:rsid w:val="5E19885D"/>
    <w:rsid w:val="5E8DCE44"/>
    <w:rsid w:val="5EF3278E"/>
    <w:rsid w:val="6014672C"/>
    <w:rsid w:val="60514338"/>
    <w:rsid w:val="6073047D"/>
    <w:rsid w:val="60988FA9"/>
    <w:rsid w:val="61115CDB"/>
    <w:rsid w:val="6187B51F"/>
    <w:rsid w:val="6227CB69"/>
    <w:rsid w:val="6231B8E1"/>
    <w:rsid w:val="62D6A38A"/>
    <w:rsid w:val="62F3FF54"/>
    <w:rsid w:val="634303F7"/>
    <w:rsid w:val="63A75239"/>
    <w:rsid w:val="6436E939"/>
    <w:rsid w:val="644E914F"/>
    <w:rsid w:val="64BA5943"/>
    <w:rsid w:val="6550C412"/>
    <w:rsid w:val="657B8E17"/>
    <w:rsid w:val="6598D544"/>
    <w:rsid w:val="66131047"/>
    <w:rsid w:val="661C1A1E"/>
    <w:rsid w:val="6693C04C"/>
    <w:rsid w:val="66C639CF"/>
    <w:rsid w:val="670D77B6"/>
    <w:rsid w:val="6728BDA9"/>
    <w:rsid w:val="672B4C90"/>
    <w:rsid w:val="685E23E9"/>
    <w:rsid w:val="688CBCD9"/>
    <w:rsid w:val="689896F0"/>
    <w:rsid w:val="68C6D759"/>
    <w:rsid w:val="69224F8C"/>
    <w:rsid w:val="6983D371"/>
    <w:rsid w:val="698EFB5C"/>
    <w:rsid w:val="6994ACC0"/>
    <w:rsid w:val="69F3237F"/>
    <w:rsid w:val="6A255BC6"/>
    <w:rsid w:val="6A3A6B15"/>
    <w:rsid w:val="6B9EE3C8"/>
    <w:rsid w:val="6C1A78BE"/>
    <w:rsid w:val="6C421664"/>
    <w:rsid w:val="6C4ABBE6"/>
    <w:rsid w:val="6C579CC5"/>
    <w:rsid w:val="6CA5EBBA"/>
    <w:rsid w:val="6CD4C432"/>
    <w:rsid w:val="6CF2EF0F"/>
    <w:rsid w:val="6CFB6A01"/>
    <w:rsid w:val="6D2DD05F"/>
    <w:rsid w:val="6D3C9053"/>
    <w:rsid w:val="6D725D8A"/>
    <w:rsid w:val="6D80EDDC"/>
    <w:rsid w:val="6DA8A7EB"/>
    <w:rsid w:val="6E388EAA"/>
    <w:rsid w:val="6E76CCD5"/>
    <w:rsid w:val="6EA2D788"/>
    <w:rsid w:val="6F2B4B35"/>
    <w:rsid w:val="6F3D8E82"/>
    <w:rsid w:val="6F3F036F"/>
    <w:rsid w:val="6F9C1208"/>
    <w:rsid w:val="6FB55677"/>
    <w:rsid w:val="6FE432FB"/>
    <w:rsid w:val="703BE652"/>
    <w:rsid w:val="7059F975"/>
    <w:rsid w:val="7069A2A9"/>
    <w:rsid w:val="70C450B9"/>
    <w:rsid w:val="70F39784"/>
    <w:rsid w:val="7134AC21"/>
    <w:rsid w:val="71366C4D"/>
    <w:rsid w:val="72A44CF7"/>
    <w:rsid w:val="732B137E"/>
    <w:rsid w:val="7336B7C2"/>
    <w:rsid w:val="73A2A244"/>
    <w:rsid w:val="73E066D5"/>
    <w:rsid w:val="74020F1C"/>
    <w:rsid w:val="7487E746"/>
    <w:rsid w:val="7490B462"/>
    <w:rsid w:val="75609927"/>
    <w:rsid w:val="7560AD21"/>
    <w:rsid w:val="75C7DB3A"/>
    <w:rsid w:val="75D5B642"/>
    <w:rsid w:val="75FEB390"/>
    <w:rsid w:val="764A671C"/>
    <w:rsid w:val="7657ED94"/>
    <w:rsid w:val="76AE5973"/>
    <w:rsid w:val="7704B106"/>
    <w:rsid w:val="77300FF7"/>
    <w:rsid w:val="77376A18"/>
    <w:rsid w:val="774011C3"/>
    <w:rsid w:val="7759CFB4"/>
    <w:rsid w:val="775C509A"/>
    <w:rsid w:val="77EF2E8F"/>
    <w:rsid w:val="78038688"/>
    <w:rsid w:val="78558BA0"/>
    <w:rsid w:val="7892BC26"/>
    <w:rsid w:val="795162B6"/>
    <w:rsid w:val="7974D3B6"/>
    <w:rsid w:val="797BB80B"/>
    <w:rsid w:val="7989B90B"/>
    <w:rsid w:val="79A1C5E2"/>
    <w:rsid w:val="79C83A2A"/>
    <w:rsid w:val="79FD4DA9"/>
    <w:rsid w:val="7B400798"/>
    <w:rsid w:val="7B8B2879"/>
    <w:rsid w:val="7BA6971C"/>
    <w:rsid w:val="7BC073F6"/>
    <w:rsid w:val="7BF12D02"/>
    <w:rsid w:val="7C05223C"/>
    <w:rsid w:val="7C4431EB"/>
    <w:rsid w:val="7C5F10C0"/>
    <w:rsid w:val="7DF92629"/>
    <w:rsid w:val="7EB55FF7"/>
    <w:rsid w:val="7EB7EEC6"/>
    <w:rsid w:val="7F241F55"/>
    <w:rsid w:val="7F5811F4"/>
    <w:rsid w:val="7F8177AA"/>
    <w:rsid w:val="7FD8A1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50E585"/>
  <w14:defaultImageDpi w14:val="300"/>
  <w15:docId w15:val="{FA888768-9914-4C3D-A7A0-861B4AB11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10"/>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3"/>
      </w:numPr>
      <w:contextualSpacing/>
    </w:pPr>
  </w:style>
  <w:style w:type="paragraph" w:styleId="ListNumber2">
    <w:name w:val="List Number 2"/>
    <w:basedOn w:val="Normal"/>
    <w:uiPriority w:val="99"/>
    <w:unhideWhenUsed/>
    <w:rsid w:val="0029639D"/>
    <w:pPr>
      <w:numPr>
        <w:numId w:val="14"/>
      </w:numPr>
      <w:contextualSpacing/>
    </w:pPr>
  </w:style>
  <w:style w:type="paragraph" w:styleId="ListNumber3">
    <w:name w:val="List Number 3"/>
    <w:basedOn w:val="Normal"/>
    <w:uiPriority w:val="99"/>
    <w:unhideWhenUsed/>
    <w:rsid w:val="0029639D"/>
    <w:pPr>
      <w:numPr>
        <w:numId w:val="1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rporate Document" ma:contentTypeID="0x0101004D09825414F3D442893D7720AD2A6CA30039397022F163F44E98FA927A4A8967AC" ma:contentTypeVersion="24" ma:contentTypeDescription="Branded Word Template Document with PII Indicator" ma:contentTypeScope="" ma:versionID="287376def5e80df4e5b889d5fa8135b4">
  <xsd:schema xmlns:xsd="http://www.w3.org/2001/XMLSchema" xmlns:xs="http://www.w3.org/2001/XMLSchema" xmlns:p="http://schemas.microsoft.com/office/2006/metadata/properties" xmlns:ns2="1983b92c-0b48-44a3-ac4e-fc730970ce11" xmlns:ns3="4654020d-9874-4b33-a184-b0d4d45ed337" targetNamespace="http://schemas.microsoft.com/office/2006/metadata/properties" ma:root="true" ma:fieldsID="b56f86a054f629117149446e4cf6f453" ns2:_="" ns3:_="">
    <xsd:import namespace="1983b92c-0b48-44a3-ac4e-fc730970ce11"/>
    <xsd:import namespace="4654020d-9874-4b33-a184-b0d4d45ed337"/>
    <xsd:element name="properties">
      <xsd:complexType>
        <xsd:sequence>
          <xsd:element name="documentManagement">
            <xsd:complexType>
              <xsd:all>
                <xsd:element ref="ns2:PII"/>
                <xsd:element ref="ns3:MediaServiceMetadata" minOccurs="0"/>
                <xsd:element ref="ns3:MediaServiceFastMetadata" minOccurs="0"/>
                <xsd:element ref="ns2:SharedWithUsers" minOccurs="0"/>
                <xsd:element ref="ns2:SharedWithDetails" minOccurs="0"/>
                <xsd:element ref="ns3:MediaLengthInSeconds" minOccurs="0"/>
                <xsd:element ref="ns3:MediaServiceAutoKeyPoints" minOccurs="0"/>
                <xsd:element ref="ns3:MediaServiceKeyPoints" minOccurs="0"/>
                <xsd:element ref="ns3:MediaServiceDateTaken" minOccurs="0"/>
                <xsd:element ref="ns3:_Flow_SignoffStatu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3b92c-0b48-44a3-ac4e-fc730970ce11" elementFormDefault="qualified">
    <xsd:import namespace="http://schemas.microsoft.com/office/2006/documentManagement/types"/>
    <xsd:import namespace="http://schemas.microsoft.com/office/infopath/2007/PartnerControls"/>
    <xsd:element name="PII" ma:index="8" ma:displayName="PII" ma:indexed="true" ma:internalName="PII" ma:readOnly="false">
      <xsd:simpleType>
        <xsd:restriction base="dms:Choice">
          <xsd:enumeration value="Yes"/>
          <xsd:enumeration value="No"/>
        </xsd:restrictio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54020d-9874-4b33-a184-b0d4d45ed33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_Flow_SignoffStatus" ma:index="17" nillable="true" ma:displayName="Sign-off status" ma:internalName="Sign_x002d_off_x0020_status">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71541b7-2592-42e1-9073-33b0173043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I xmlns="1983b92c-0b48-44a3-ac4e-fc730970ce11">No</PII>
    <_Flow_SignoffStatus xmlns="4654020d-9874-4b33-a184-b0d4d45ed337" xsi:nil="true"/>
    <lcf76f155ced4ddcb4097134ff3c332f xmlns="4654020d-9874-4b33-a184-b0d4d45ed33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61DC2-4257-46F2-9871-4E6F42B65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3b92c-0b48-44a3-ac4e-fc730970ce11"/>
    <ds:schemaRef ds:uri="4654020d-9874-4b33-a184-b0d4d45ed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0FD86B-056F-44C1-B4A1-B991B2E8DB9D}">
  <ds:schemaRefs>
    <ds:schemaRef ds:uri="http://schemas.microsoft.com/sharepoint/v3/contenttype/forms"/>
  </ds:schemaRefs>
</ds:datastoreItem>
</file>

<file path=customXml/itemProps3.xml><?xml version="1.0" encoding="utf-8"?>
<ds:datastoreItem xmlns:ds="http://schemas.openxmlformats.org/officeDocument/2006/customXml" ds:itemID="{3C6F1D61-0E80-4C11-8224-9ADD0FE35DAA}">
  <ds:schemaRefs>
    <ds:schemaRef ds:uri="http://schemas.microsoft.com/office/2006/metadata/properties"/>
    <ds:schemaRef ds:uri="http://schemas.microsoft.com/office/infopath/2007/PartnerControls"/>
    <ds:schemaRef ds:uri="1983b92c-0b48-44a3-ac4e-fc730970ce11"/>
    <ds:schemaRef ds:uri="4654020d-9874-4b33-a184-b0d4d45ed337"/>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2438</Words>
  <Characters>13898</Characters>
  <Application>Microsoft Office Word</Application>
  <DocSecurity>0</DocSecurity>
  <Lines>115</Lines>
  <Paragraphs>32</Paragraphs>
  <ScaleCrop>false</ScaleCrop>
  <Manager/>
  <Company/>
  <LinksUpToDate>false</LinksUpToDate>
  <CharactersWithSpaces>16304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Sullivan, Hannah</cp:lastModifiedBy>
  <cp:revision>21</cp:revision>
  <dcterms:created xsi:type="dcterms:W3CDTF">2026-10-05T13:46:00Z</dcterms:created>
  <dcterms:modified xsi:type="dcterms:W3CDTF">2026-10-26T14:22:00Z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0x0101004D09825414F3D442893D7720AD2A6CA30039397022F163F44E98FA927A4A8967AC</vt:lpwstr>
  </property>
  <property fmtid="{D5CDD505-2E9C-101B-9397-08002B2CF9AE}" pid="3" name="MediaServiceImageTags">
    <vt:lpwstr/>
  </property>
  <property fmtid="{D5CDD505-2E9C-101B-9397-08002B2CF9AE}" pid="4" name="LBEX_Transaction">
    <vt:lpwstr/>
  </property>
  <property fmtid="{D5CDD505-2E9C-101B-9397-08002B2CF9AE}" pid="5" name="i0819dd6a0bc4ba79e505e1e52d93614">
    <vt:lpwstr/>
  </property>
  <property fmtid="{D5CDD505-2E9C-101B-9397-08002B2CF9AE}" pid="6" name="fc5678e9f28c42799f95830399a000f2">
    <vt:lpwstr/>
  </property>
  <property fmtid="{D5CDD505-2E9C-101B-9397-08002B2CF9AE}" pid="7" name="a704dbd8e2da4338bb10374d422913aa">
    <vt:lpwstr/>
  </property>
  <property fmtid="{D5CDD505-2E9C-101B-9397-08002B2CF9AE}" pid="8" name="LBEX_Activity">
    <vt:lpwstr/>
  </property>
  <property fmtid="{D5CDD505-2E9C-101B-9397-08002B2CF9AE}" pid="9" name="LBEX_Function">
    <vt:lpwstr/>
  </property>
  <property fmtid="{D5CDD505-2E9C-101B-9397-08002B2CF9AE}" pid="10" name="TaxCatchAll">
    <vt:lpwstr/>
  </property>
</Properties>
</file>